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75B" w:rsidRDefault="004C575B" w:rsidP="00992991">
      <w:pPr>
        <w:jc w:val="center"/>
        <w:rPr>
          <w:rFonts w:ascii="Calibri" w:hAnsi="Calibri" w:cs="Calibri"/>
          <w:b/>
          <w:sz w:val="22"/>
          <w:lang w:val="it-IT"/>
        </w:rPr>
      </w:pPr>
    </w:p>
    <w:p w:rsidR="004C575B" w:rsidRDefault="004C575B" w:rsidP="00992991">
      <w:pPr>
        <w:jc w:val="center"/>
        <w:rPr>
          <w:rFonts w:ascii="Calibri" w:hAnsi="Calibri" w:cs="Calibri"/>
          <w:b/>
          <w:sz w:val="22"/>
          <w:lang w:val="it-IT"/>
        </w:rPr>
      </w:pPr>
    </w:p>
    <w:p w:rsidR="004C575B" w:rsidRDefault="004C575B" w:rsidP="00992991">
      <w:pPr>
        <w:jc w:val="center"/>
        <w:rPr>
          <w:rFonts w:ascii="Calibri" w:hAnsi="Calibri" w:cs="Calibri"/>
          <w:b/>
          <w:sz w:val="22"/>
          <w:lang w:val="it-IT"/>
        </w:rPr>
      </w:pPr>
    </w:p>
    <w:p w:rsidR="004C575B" w:rsidRDefault="004C575B" w:rsidP="00992991">
      <w:pPr>
        <w:jc w:val="center"/>
        <w:rPr>
          <w:rFonts w:ascii="Calibri" w:hAnsi="Calibri" w:cs="Calibri"/>
          <w:b/>
          <w:sz w:val="22"/>
          <w:lang w:val="it-IT"/>
        </w:rPr>
      </w:pPr>
    </w:p>
    <w:p w:rsidR="004C575B" w:rsidRDefault="004C575B" w:rsidP="00992991">
      <w:pPr>
        <w:jc w:val="center"/>
        <w:rPr>
          <w:rFonts w:ascii="Calibri" w:hAnsi="Calibri" w:cs="Calibri"/>
          <w:b/>
          <w:sz w:val="22"/>
          <w:lang w:val="it-IT"/>
        </w:rPr>
      </w:pPr>
    </w:p>
    <w:p w:rsidR="004C575B" w:rsidRDefault="004C575B" w:rsidP="00992991">
      <w:pPr>
        <w:jc w:val="center"/>
        <w:rPr>
          <w:rFonts w:ascii="Calibri" w:hAnsi="Calibri" w:cs="Calibri"/>
          <w:b/>
          <w:sz w:val="22"/>
          <w:lang w:val="it-IT"/>
        </w:rPr>
      </w:pPr>
    </w:p>
    <w:p w:rsidR="004C575B" w:rsidRPr="003F4256" w:rsidRDefault="00284739" w:rsidP="00284739">
      <w:pPr>
        <w:tabs>
          <w:tab w:val="left" w:pos="1198"/>
          <w:tab w:val="right" w:pos="10652"/>
        </w:tabs>
        <w:rPr>
          <w:rFonts w:ascii="Calibri" w:hAnsi="Calibri" w:cs="Calibri"/>
          <w:bCs/>
          <w:i/>
          <w:iCs/>
          <w:color w:val="000000" w:themeColor="text1"/>
          <w:sz w:val="22"/>
          <w:lang w:val="it-IT"/>
        </w:rPr>
      </w:pPr>
      <w:r>
        <w:rPr>
          <w:rFonts w:ascii="Calibri" w:hAnsi="Calibri" w:cs="Calibri"/>
          <w:bCs/>
          <w:i/>
          <w:iCs/>
          <w:color w:val="EE0000"/>
          <w:sz w:val="22"/>
          <w:lang w:val="it-IT"/>
        </w:rPr>
        <w:tab/>
      </w:r>
      <w:r>
        <w:rPr>
          <w:rFonts w:ascii="Calibri" w:hAnsi="Calibri" w:cs="Calibri"/>
          <w:bCs/>
          <w:i/>
          <w:iCs/>
          <w:color w:val="EE0000"/>
          <w:sz w:val="22"/>
          <w:lang w:val="it-IT"/>
        </w:rPr>
        <w:tab/>
      </w:r>
      <w:r w:rsidR="004C575B" w:rsidRPr="003F4256">
        <w:rPr>
          <w:rFonts w:ascii="Calibri" w:hAnsi="Calibri" w:cs="Calibri"/>
          <w:bCs/>
          <w:i/>
          <w:iCs/>
          <w:color w:val="000000" w:themeColor="text1"/>
          <w:sz w:val="22"/>
          <w:lang w:val="it-IT"/>
        </w:rPr>
        <w:t xml:space="preserve">Allegato alla circ. n. </w:t>
      </w:r>
      <w:r w:rsidR="003F4256" w:rsidRPr="003F4256">
        <w:rPr>
          <w:rFonts w:ascii="Calibri" w:hAnsi="Calibri" w:cs="Calibri"/>
          <w:bCs/>
          <w:i/>
          <w:iCs/>
          <w:color w:val="000000" w:themeColor="text1"/>
          <w:sz w:val="22"/>
          <w:lang w:val="it-IT"/>
        </w:rPr>
        <w:t>73</w:t>
      </w:r>
      <w:r w:rsidR="004C575B" w:rsidRPr="003F4256">
        <w:rPr>
          <w:rFonts w:ascii="Calibri" w:hAnsi="Calibri" w:cs="Calibri"/>
          <w:bCs/>
          <w:i/>
          <w:iCs/>
          <w:color w:val="000000" w:themeColor="text1"/>
          <w:sz w:val="22"/>
          <w:lang w:val="it-IT"/>
        </w:rPr>
        <w:t xml:space="preserve"> del </w:t>
      </w:r>
      <w:r w:rsidR="003F4256" w:rsidRPr="003F4256">
        <w:rPr>
          <w:rFonts w:ascii="Calibri" w:hAnsi="Calibri" w:cs="Calibri"/>
          <w:bCs/>
          <w:i/>
          <w:iCs/>
          <w:color w:val="000000" w:themeColor="text1"/>
          <w:sz w:val="22"/>
          <w:lang w:val="it-IT"/>
        </w:rPr>
        <w:t>02/11/2026</w:t>
      </w:r>
    </w:p>
    <w:p w:rsidR="004C575B" w:rsidRDefault="004C575B" w:rsidP="00992991">
      <w:pPr>
        <w:jc w:val="center"/>
        <w:rPr>
          <w:rFonts w:ascii="Calibri" w:hAnsi="Calibri" w:cs="Calibri"/>
          <w:b/>
          <w:sz w:val="22"/>
          <w:lang w:val="it-IT"/>
        </w:rPr>
      </w:pPr>
    </w:p>
    <w:p w:rsidR="0029423F" w:rsidRPr="0021624D" w:rsidRDefault="00065BF9" w:rsidP="00992991">
      <w:pPr>
        <w:jc w:val="center"/>
        <w:rPr>
          <w:rFonts w:ascii="Calibri" w:hAnsi="Calibri" w:cs="Calibri"/>
          <w:sz w:val="22"/>
          <w:lang w:val="it-IT"/>
        </w:rPr>
      </w:pPr>
      <w:r w:rsidRPr="0021624D">
        <w:rPr>
          <w:rFonts w:ascii="Calibri" w:hAnsi="Calibri" w:cs="Calibri"/>
          <w:b/>
          <w:sz w:val="22"/>
          <w:lang w:val="it-IT"/>
        </w:rPr>
        <w:t>MODULO UNICO</w:t>
      </w:r>
      <w:r w:rsidRPr="0021624D">
        <w:rPr>
          <w:rFonts w:ascii="Calibri" w:hAnsi="Calibri" w:cs="Calibri"/>
          <w:b/>
          <w:sz w:val="22"/>
          <w:lang w:val="it-IT"/>
        </w:rPr>
        <w:br/>
        <w:t>PER ATTIVITÀ ESTERNE, INCARICHI EXTRAISTITUZIONALI E LIBERA PROFESSIONE</w:t>
      </w:r>
    </w:p>
    <w:p w:rsidR="00992991" w:rsidRDefault="00992991" w:rsidP="00992991">
      <w:pPr>
        <w:spacing w:after="0"/>
        <w:jc w:val="right"/>
        <w:rPr>
          <w:rFonts w:ascii="Calibri" w:hAnsi="Calibri" w:cs="Calibri"/>
          <w:sz w:val="22"/>
          <w:lang w:val="it-IT"/>
        </w:rPr>
      </w:pPr>
    </w:p>
    <w:p w:rsidR="0029423F" w:rsidRPr="0021624D" w:rsidRDefault="00065BF9" w:rsidP="00992991">
      <w:pPr>
        <w:spacing w:after="0"/>
        <w:jc w:val="right"/>
        <w:rPr>
          <w:rFonts w:ascii="Calibri" w:hAnsi="Calibri" w:cs="Calibri"/>
          <w:sz w:val="22"/>
          <w:lang w:val="it-IT"/>
        </w:rPr>
      </w:pPr>
      <w:r w:rsidRPr="0021624D">
        <w:rPr>
          <w:rFonts w:ascii="Calibri" w:hAnsi="Calibri" w:cs="Calibri"/>
          <w:sz w:val="22"/>
          <w:lang w:val="it-IT"/>
        </w:rPr>
        <w:t>Al Dirigente scolastico</w:t>
      </w:r>
    </w:p>
    <w:p w:rsidR="00CF5649" w:rsidRPr="0021624D" w:rsidRDefault="00CF5649" w:rsidP="00992991">
      <w:pPr>
        <w:spacing w:after="0"/>
        <w:jc w:val="right"/>
        <w:rPr>
          <w:rFonts w:ascii="Calibri" w:hAnsi="Calibri" w:cs="Calibri"/>
          <w:sz w:val="22"/>
          <w:lang w:val="it-IT"/>
        </w:rPr>
      </w:pPr>
      <w:r w:rsidRPr="0021624D">
        <w:rPr>
          <w:rFonts w:ascii="Calibri" w:hAnsi="Calibri" w:cs="Calibri"/>
          <w:sz w:val="22"/>
          <w:lang w:val="it-IT"/>
        </w:rPr>
        <w:t>dell’I.S.I.S. Giuseppe Di Vittorio</w:t>
      </w:r>
    </w:p>
    <w:p w:rsidR="0021624D" w:rsidRPr="0021624D" w:rsidRDefault="0021624D" w:rsidP="00992991">
      <w:pPr>
        <w:spacing w:after="0"/>
        <w:jc w:val="right"/>
        <w:rPr>
          <w:rFonts w:ascii="Calibri" w:hAnsi="Calibri" w:cs="Calibri"/>
          <w:sz w:val="22"/>
          <w:lang w:val="it-IT"/>
        </w:rPr>
      </w:pPr>
      <w:r w:rsidRPr="0021624D">
        <w:rPr>
          <w:rFonts w:ascii="Calibri" w:hAnsi="Calibri" w:cs="Calibri"/>
          <w:sz w:val="22"/>
          <w:lang w:val="it-IT"/>
        </w:rPr>
        <w:t>Ladispoli (RM)</w:t>
      </w:r>
    </w:p>
    <w:p w:rsidR="0021624D" w:rsidRPr="0021624D" w:rsidRDefault="0021624D" w:rsidP="001A7393">
      <w:pPr>
        <w:spacing w:before="240"/>
        <w:jc w:val="right"/>
        <w:rPr>
          <w:rFonts w:ascii="Calibri" w:hAnsi="Calibri" w:cs="Calibri"/>
          <w:sz w:val="22"/>
          <w:lang w:val="it-IT"/>
        </w:rPr>
      </w:pPr>
    </w:p>
    <w:p w:rsidR="0029423F" w:rsidRPr="0021624D" w:rsidRDefault="00065BF9" w:rsidP="001A7393">
      <w:pPr>
        <w:spacing w:before="240"/>
        <w:jc w:val="both"/>
        <w:rPr>
          <w:rFonts w:ascii="Calibri" w:hAnsi="Calibri" w:cs="Calibri"/>
          <w:b/>
          <w:bCs/>
          <w:i/>
          <w:iCs/>
          <w:sz w:val="22"/>
          <w:lang w:val="it-IT"/>
        </w:rPr>
      </w:pPr>
      <w:r w:rsidRPr="0021624D">
        <w:rPr>
          <w:rFonts w:ascii="Calibri" w:hAnsi="Calibri" w:cs="Calibri"/>
          <w:b/>
          <w:i/>
          <w:iCs/>
          <w:sz w:val="22"/>
          <w:lang w:val="it-IT"/>
        </w:rPr>
        <w:t xml:space="preserve">Istruzioni: </w:t>
      </w:r>
      <w:r w:rsidRPr="0021624D">
        <w:rPr>
          <w:rFonts w:ascii="Calibri" w:hAnsi="Calibri" w:cs="Calibri"/>
          <w:i/>
          <w:iCs/>
          <w:sz w:val="22"/>
          <w:lang w:val="it-IT"/>
        </w:rPr>
        <w:t xml:space="preserve">compilare i dati generali e soltanto le sezioni pertinenti. Il dipendente descrive l’attività; l’Amministrazione individua il regime giuridico applicabile. </w:t>
      </w:r>
      <w:r w:rsidRPr="0021624D">
        <w:rPr>
          <w:rFonts w:ascii="Calibri" w:hAnsi="Calibri" w:cs="Calibri"/>
          <w:b/>
          <w:bCs/>
          <w:i/>
          <w:iCs/>
          <w:sz w:val="22"/>
          <w:lang w:val="it-IT"/>
        </w:rPr>
        <w:t>Se la normativa richiede autorizzazione preventiva, la presente vale anche come istanza di autorizzazione.</w:t>
      </w:r>
    </w:p>
    <w:p w:rsidR="0029423F" w:rsidRPr="0021624D" w:rsidRDefault="00065BF9" w:rsidP="001A7393">
      <w:pPr>
        <w:pStyle w:val="Titolo2"/>
        <w:spacing w:before="240"/>
        <w:rPr>
          <w:rFonts w:ascii="Calibri" w:hAnsi="Calibri" w:cs="Calibri"/>
          <w:szCs w:val="22"/>
        </w:rPr>
      </w:pPr>
      <w:r w:rsidRPr="0021624D">
        <w:rPr>
          <w:rFonts w:ascii="Calibri" w:hAnsi="Calibri" w:cs="Calibri"/>
          <w:szCs w:val="22"/>
        </w:rPr>
        <w:t>1. DATI DEL DIPENDENTE</w:t>
      </w:r>
    </w:p>
    <w:tbl>
      <w:tblPr>
        <w:tblStyle w:val="Grigliatabella"/>
        <w:tblW w:w="0" w:type="auto"/>
        <w:jc w:val="center"/>
        <w:tblLook w:val="04A0"/>
      </w:tblPr>
      <w:tblGrid>
        <w:gridCol w:w="3987"/>
        <w:gridCol w:w="6755"/>
      </w:tblGrid>
      <w:tr w:rsidR="0029423F" w:rsidRPr="0021624D" w:rsidTr="0021624D">
        <w:trPr>
          <w:jc w:val="center"/>
        </w:trPr>
        <w:tc>
          <w:tcPr>
            <w:tcW w:w="398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9423F" w:rsidRPr="0021624D" w:rsidRDefault="00065BF9" w:rsidP="001A7393">
            <w:pPr>
              <w:spacing w:before="240"/>
              <w:rPr>
                <w:rFonts w:ascii="Calibri" w:hAnsi="Calibri" w:cs="Calibri"/>
                <w:sz w:val="22"/>
              </w:rPr>
            </w:pPr>
            <w:proofErr w:type="spellStart"/>
            <w:r w:rsidRPr="0021624D">
              <w:rPr>
                <w:rFonts w:ascii="Calibri" w:hAnsi="Calibri" w:cs="Calibri"/>
                <w:b/>
                <w:sz w:val="22"/>
              </w:rPr>
              <w:t>Cognome</w:t>
            </w:r>
            <w:proofErr w:type="spellEnd"/>
            <w:r w:rsidRPr="0021624D">
              <w:rPr>
                <w:rFonts w:ascii="Calibri" w:hAnsi="Calibri" w:cs="Calibri"/>
                <w:b/>
                <w:sz w:val="22"/>
              </w:rPr>
              <w:t xml:space="preserve"> e </w:t>
            </w:r>
            <w:proofErr w:type="spellStart"/>
            <w:r w:rsidRPr="0021624D">
              <w:rPr>
                <w:rFonts w:ascii="Calibri" w:hAnsi="Calibri" w:cs="Calibri"/>
                <w:b/>
                <w:sz w:val="22"/>
              </w:rPr>
              <w:t>nome</w:t>
            </w:r>
            <w:proofErr w:type="spellEnd"/>
          </w:p>
        </w:tc>
        <w:tc>
          <w:tcPr>
            <w:tcW w:w="67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9423F" w:rsidRPr="0021624D" w:rsidRDefault="00065BF9" w:rsidP="001A7393">
            <w:pPr>
              <w:spacing w:before="240"/>
              <w:rPr>
                <w:rFonts w:ascii="Calibri" w:hAnsi="Calibri" w:cs="Calibri"/>
                <w:sz w:val="22"/>
              </w:rPr>
            </w:pPr>
            <w:r w:rsidRPr="0021624D">
              <w:rPr>
                <w:rFonts w:ascii="Calibri" w:hAnsi="Calibri" w:cs="Calibri"/>
                <w:sz w:val="22"/>
              </w:rPr>
              <w:t>____________________________________________________________</w:t>
            </w:r>
          </w:p>
        </w:tc>
      </w:tr>
      <w:tr w:rsidR="0029423F" w:rsidRPr="0021624D" w:rsidTr="0021624D">
        <w:trPr>
          <w:jc w:val="center"/>
        </w:trPr>
        <w:tc>
          <w:tcPr>
            <w:tcW w:w="398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9423F" w:rsidRPr="0021624D" w:rsidRDefault="00065BF9" w:rsidP="001A7393">
            <w:pPr>
              <w:spacing w:before="240"/>
              <w:rPr>
                <w:rFonts w:ascii="Calibri" w:hAnsi="Calibri" w:cs="Calibri"/>
                <w:sz w:val="22"/>
              </w:rPr>
            </w:pPr>
            <w:r w:rsidRPr="0021624D">
              <w:rPr>
                <w:rFonts w:ascii="Calibri" w:hAnsi="Calibri" w:cs="Calibri"/>
                <w:b/>
                <w:sz w:val="22"/>
              </w:rPr>
              <w:t>Qualifica</w:t>
            </w:r>
          </w:p>
        </w:tc>
        <w:tc>
          <w:tcPr>
            <w:tcW w:w="67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9423F" w:rsidRPr="0021624D" w:rsidRDefault="00065BF9" w:rsidP="001A7393">
            <w:pPr>
              <w:spacing w:before="240"/>
              <w:rPr>
                <w:rFonts w:ascii="Calibri" w:hAnsi="Calibri" w:cs="Calibri"/>
                <w:sz w:val="22"/>
              </w:rPr>
            </w:pPr>
            <w:r w:rsidRPr="0021624D">
              <w:rPr>
                <w:rFonts w:ascii="Segoe UI Symbol" w:hAnsi="Segoe UI Symbol" w:cs="Segoe UI Symbol"/>
                <w:sz w:val="22"/>
              </w:rPr>
              <w:t>☐</w:t>
            </w:r>
            <w:r w:rsidRPr="0021624D">
              <w:rPr>
                <w:rFonts w:ascii="Calibri" w:hAnsi="Calibri" w:cs="Calibri"/>
                <w:sz w:val="22"/>
              </w:rPr>
              <w:t xml:space="preserve"> Docente   </w:t>
            </w:r>
            <w:r w:rsidRPr="0021624D">
              <w:rPr>
                <w:rFonts w:ascii="Segoe UI Symbol" w:hAnsi="Segoe UI Symbol" w:cs="Segoe UI Symbol"/>
                <w:sz w:val="22"/>
              </w:rPr>
              <w:t>☐</w:t>
            </w:r>
            <w:r w:rsidRPr="0021624D">
              <w:rPr>
                <w:rFonts w:ascii="Calibri" w:hAnsi="Calibri" w:cs="Calibri"/>
                <w:sz w:val="22"/>
              </w:rPr>
              <w:t xml:space="preserve"> Personale ATA   </w:t>
            </w:r>
            <w:r w:rsidRPr="0021624D">
              <w:rPr>
                <w:rFonts w:ascii="Segoe UI Symbol" w:hAnsi="Segoe UI Symbol" w:cs="Segoe UI Symbol"/>
                <w:sz w:val="22"/>
              </w:rPr>
              <w:t>☐</w:t>
            </w:r>
            <w:r w:rsidRPr="0021624D">
              <w:rPr>
                <w:rFonts w:ascii="Calibri" w:hAnsi="Calibri" w:cs="Calibri"/>
                <w:sz w:val="22"/>
              </w:rPr>
              <w:t xml:space="preserve"> Altro: __________________</w:t>
            </w:r>
          </w:p>
        </w:tc>
      </w:tr>
      <w:tr w:rsidR="0029423F" w:rsidRPr="0021624D" w:rsidTr="0021624D">
        <w:trPr>
          <w:jc w:val="center"/>
        </w:trPr>
        <w:tc>
          <w:tcPr>
            <w:tcW w:w="398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9423F" w:rsidRPr="0021624D" w:rsidRDefault="00065BF9" w:rsidP="001A7393">
            <w:pPr>
              <w:spacing w:before="240"/>
              <w:rPr>
                <w:rFonts w:ascii="Calibri" w:hAnsi="Calibri" w:cs="Calibri"/>
                <w:sz w:val="22"/>
              </w:rPr>
            </w:pPr>
            <w:r w:rsidRPr="0021624D">
              <w:rPr>
                <w:rFonts w:ascii="Calibri" w:hAnsi="Calibri" w:cs="Calibri"/>
                <w:b/>
                <w:sz w:val="22"/>
              </w:rPr>
              <w:t>Rapporto di lavoro</w:t>
            </w:r>
          </w:p>
        </w:tc>
        <w:tc>
          <w:tcPr>
            <w:tcW w:w="67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9423F" w:rsidRPr="0021624D" w:rsidRDefault="00065BF9" w:rsidP="001A7393">
            <w:pPr>
              <w:spacing w:before="240"/>
              <w:rPr>
                <w:rFonts w:ascii="Calibri" w:hAnsi="Calibri" w:cs="Calibri"/>
                <w:sz w:val="22"/>
              </w:rPr>
            </w:pPr>
            <w:r w:rsidRPr="0021624D">
              <w:rPr>
                <w:rFonts w:ascii="Segoe UI Symbol" w:hAnsi="Segoe UI Symbol" w:cs="Segoe UI Symbol"/>
                <w:sz w:val="22"/>
              </w:rPr>
              <w:t>☐</w:t>
            </w:r>
            <w:r w:rsidRPr="0021624D">
              <w:rPr>
                <w:rFonts w:ascii="Calibri" w:hAnsi="Calibri" w:cs="Calibri"/>
                <w:sz w:val="22"/>
              </w:rPr>
              <w:t xml:space="preserve"> Tempo pieno   </w:t>
            </w:r>
            <w:r w:rsidRPr="0021624D">
              <w:rPr>
                <w:rFonts w:ascii="Segoe UI Symbol" w:hAnsi="Segoe UI Symbol" w:cs="Segoe UI Symbol"/>
                <w:sz w:val="22"/>
              </w:rPr>
              <w:t>☐</w:t>
            </w:r>
            <w:r w:rsidRPr="0021624D">
              <w:rPr>
                <w:rFonts w:ascii="Calibri" w:hAnsi="Calibri" w:cs="Calibri"/>
                <w:sz w:val="22"/>
              </w:rPr>
              <w:t xml:space="preserve"> Part-time ≤ 50%   </w:t>
            </w:r>
            <w:r w:rsidRPr="0021624D">
              <w:rPr>
                <w:rFonts w:ascii="Segoe UI Symbol" w:hAnsi="Segoe UI Symbol" w:cs="Segoe UI Symbol"/>
                <w:sz w:val="22"/>
              </w:rPr>
              <w:t>☐</w:t>
            </w:r>
            <w:r w:rsidRPr="0021624D">
              <w:rPr>
                <w:rFonts w:ascii="Calibri" w:hAnsi="Calibri" w:cs="Calibri"/>
                <w:sz w:val="22"/>
              </w:rPr>
              <w:t xml:space="preserve"> Part-time &gt; 50%</w:t>
            </w:r>
          </w:p>
        </w:tc>
      </w:tr>
      <w:tr w:rsidR="0029423F" w:rsidRPr="0021624D" w:rsidTr="0021624D">
        <w:trPr>
          <w:jc w:val="center"/>
        </w:trPr>
        <w:tc>
          <w:tcPr>
            <w:tcW w:w="398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9423F" w:rsidRPr="0021624D" w:rsidRDefault="00065BF9" w:rsidP="001A7393">
            <w:pPr>
              <w:spacing w:before="240"/>
              <w:rPr>
                <w:rFonts w:ascii="Calibri" w:hAnsi="Calibri" w:cs="Calibri"/>
                <w:sz w:val="22"/>
              </w:rPr>
            </w:pPr>
            <w:r w:rsidRPr="0021624D">
              <w:rPr>
                <w:rFonts w:ascii="Calibri" w:hAnsi="Calibri" w:cs="Calibri"/>
                <w:b/>
                <w:sz w:val="22"/>
              </w:rPr>
              <w:t>Percentuale part-time, se applicabile</w:t>
            </w:r>
          </w:p>
        </w:tc>
        <w:tc>
          <w:tcPr>
            <w:tcW w:w="67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9423F" w:rsidRPr="0021624D" w:rsidRDefault="00065BF9" w:rsidP="001A7393">
            <w:pPr>
              <w:spacing w:before="240"/>
              <w:rPr>
                <w:rFonts w:ascii="Calibri" w:hAnsi="Calibri" w:cs="Calibri"/>
                <w:sz w:val="22"/>
              </w:rPr>
            </w:pPr>
            <w:r w:rsidRPr="0021624D">
              <w:rPr>
                <w:rFonts w:ascii="Calibri" w:hAnsi="Calibri" w:cs="Calibri"/>
                <w:sz w:val="22"/>
              </w:rPr>
              <w:t>__________ %</w:t>
            </w:r>
          </w:p>
        </w:tc>
      </w:tr>
      <w:tr w:rsidR="0029423F" w:rsidRPr="0021624D" w:rsidTr="0021624D">
        <w:trPr>
          <w:jc w:val="center"/>
        </w:trPr>
        <w:tc>
          <w:tcPr>
            <w:tcW w:w="398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9423F" w:rsidRPr="0021624D" w:rsidRDefault="00065BF9" w:rsidP="001A7393">
            <w:pPr>
              <w:spacing w:before="240"/>
              <w:rPr>
                <w:rFonts w:ascii="Calibri" w:hAnsi="Calibri" w:cs="Calibri"/>
                <w:sz w:val="22"/>
              </w:rPr>
            </w:pPr>
            <w:r w:rsidRPr="0021624D">
              <w:rPr>
                <w:rFonts w:ascii="Calibri" w:hAnsi="Calibri" w:cs="Calibri"/>
                <w:b/>
                <w:sz w:val="22"/>
              </w:rPr>
              <w:t>E-mail istituzionale</w:t>
            </w:r>
          </w:p>
        </w:tc>
        <w:tc>
          <w:tcPr>
            <w:tcW w:w="675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9423F" w:rsidRPr="0021624D" w:rsidRDefault="00065BF9" w:rsidP="001A7393">
            <w:pPr>
              <w:spacing w:before="240"/>
              <w:rPr>
                <w:rFonts w:ascii="Calibri" w:hAnsi="Calibri" w:cs="Calibri"/>
                <w:sz w:val="22"/>
              </w:rPr>
            </w:pPr>
            <w:r w:rsidRPr="0021624D">
              <w:rPr>
                <w:rFonts w:ascii="Calibri" w:hAnsi="Calibri" w:cs="Calibri"/>
                <w:sz w:val="22"/>
              </w:rPr>
              <w:t>____________________________________________________________</w:t>
            </w:r>
          </w:p>
        </w:tc>
      </w:tr>
    </w:tbl>
    <w:p w:rsidR="0029423F" w:rsidRPr="0021624D" w:rsidRDefault="00065BF9" w:rsidP="001A7393">
      <w:pPr>
        <w:pStyle w:val="Titolo2"/>
        <w:spacing w:before="240"/>
        <w:rPr>
          <w:rFonts w:ascii="Calibri" w:hAnsi="Calibri" w:cs="Calibri"/>
          <w:szCs w:val="22"/>
        </w:rPr>
      </w:pPr>
      <w:r w:rsidRPr="0021624D">
        <w:rPr>
          <w:rFonts w:ascii="Calibri" w:hAnsi="Calibri" w:cs="Calibri"/>
          <w:szCs w:val="22"/>
        </w:rPr>
        <w:t>2. ATTIVITÀ DA SVOLGERE</w:t>
      </w:r>
    </w:p>
    <w:p w:rsidR="0029423F" w:rsidRPr="0021624D" w:rsidRDefault="00065BF9" w:rsidP="001A7393">
      <w:pPr>
        <w:spacing w:before="240"/>
        <w:rPr>
          <w:rFonts w:ascii="Calibri" w:hAnsi="Calibri" w:cs="Calibri"/>
          <w:sz w:val="22"/>
          <w:lang w:val="it-IT"/>
        </w:rPr>
      </w:pPr>
      <w:r w:rsidRPr="0021624D">
        <w:rPr>
          <w:rFonts w:ascii="Segoe UI Symbol" w:hAnsi="Segoe UI Symbol" w:cs="Segoe UI Symbol"/>
          <w:sz w:val="22"/>
          <w:lang w:val="it-IT"/>
        </w:rPr>
        <w:t>☐</w:t>
      </w:r>
      <w:r w:rsidRPr="0021624D">
        <w:rPr>
          <w:rFonts w:ascii="Calibri" w:hAnsi="Calibri" w:cs="Calibri"/>
          <w:sz w:val="22"/>
          <w:lang w:val="it-IT"/>
        </w:rPr>
        <w:t xml:space="preserve"> Libera professione (personale docente)</w:t>
      </w:r>
      <w:r w:rsidRPr="0021624D">
        <w:rPr>
          <w:rFonts w:ascii="Calibri" w:hAnsi="Calibri" w:cs="Calibri"/>
          <w:sz w:val="22"/>
          <w:lang w:val="it-IT"/>
        </w:rPr>
        <w:br/>
      </w:r>
      <w:r w:rsidRPr="0021624D">
        <w:rPr>
          <w:rFonts w:ascii="Segoe UI Symbol" w:hAnsi="Segoe UI Symbol" w:cs="Segoe UI Symbol"/>
          <w:sz w:val="22"/>
          <w:lang w:val="it-IT"/>
        </w:rPr>
        <w:t>☐</w:t>
      </w:r>
      <w:r w:rsidRPr="0021624D">
        <w:rPr>
          <w:rFonts w:ascii="Calibri" w:hAnsi="Calibri" w:cs="Calibri"/>
          <w:sz w:val="22"/>
          <w:lang w:val="it-IT"/>
        </w:rPr>
        <w:t xml:space="preserve"> Incarico / consulenza / collaborazione retribuita</w:t>
      </w:r>
      <w:r w:rsidRPr="0021624D">
        <w:rPr>
          <w:rFonts w:ascii="Calibri" w:hAnsi="Calibri" w:cs="Calibri"/>
          <w:sz w:val="22"/>
          <w:lang w:val="it-IT"/>
        </w:rPr>
        <w:br/>
      </w:r>
      <w:r w:rsidRPr="0021624D">
        <w:rPr>
          <w:rFonts w:ascii="Segoe UI Symbol" w:hAnsi="Segoe UI Symbol" w:cs="Segoe UI Symbol"/>
          <w:sz w:val="22"/>
          <w:lang w:val="it-IT"/>
        </w:rPr>
        <w:t>☐</w:t>
      </w:r>
      <w:r w:rsidRPr="0021624D">
        <w:rPr>
          <w:rFonts w:ascii="Calibri" w:hAnsi="Calibri" w:cs="Calibri"/>
          <w:sz w:val="22"/>
          <w:lang w:val="it-IT"/>
        </w:rPr>
        <w:t xml:space="preserve"> Attività di docenza, formazione o ricerca</w:t>
      </w:r>
      <w:r w:rsidRPr="0021624D">
        <w:rPr>
          <w:rFonts w:ascii="Calibri" w:hAnsi="Calibri" w:cs="Calibri"/>
          <w:sz w:val="22"/>
          <w:lang w:val="it-IT"/>
        </w:rPr>
        <w:br/>
      </w:r>
      <w:r w:rsidRPr="0021624D">
        <w:rPr>
          <w:rFonts w:ascii="Segoe UI Symbol" w:hAnsi="Segoe UI Symbol" w:cs="Segoe UI Symbol"/>
          <w:sz w:val="22"/>
          <w:lang w:val="it-IT"/>
        </w:rPr>
        <w:t>☐</w:t>
      </w:r>
      <w:r w:rsidRPr="0021624D">
        <w:rPr>
          <w:rFonts w:ascii="Calibri" w:hAnsi="Calibri" w:cs="Calibri"/>
          <w:sz w:val="22"/>
          <w:lang w:val="it-IT"/>
        </w:rPr>
        <w:t xml:space="preserve"> Attività editoriale / opera dell’ingegno / convegno o seminario</w:t>
      </w:r>
      <w:r w:rsidRPr="0021624D">
        <w:rPr>
          <w:rFonts w:ascii="Calibri" w:hAnsi="Calibri" w:cs="Calibri"/>
          <w:sz w:val="22"/>
          <w:lang w:val="it-IT"/>
        </w:rPr>
        <w:br/>
      </w:r>
      <w:r w:rsidRPr="0021624D">
        <w:rPr>
          <w:rFonts w:ascii="Segoe UI Symbol" w:hAnsi="Segoe UI Symbol" w:cs="Segoe UI Symbol"/>
          <w:sz w:val="22"/>
          <w:lang w:val="it-IT"/>
        </w:rPr>
        <w:t>☐</w:t>
      </w:r>
      <w:r w:rsidRPr="0021624D">
        <w:rPr>
          <w:rFonts w:ascii="Calibri" w:hAnsi="Calibri" w:cs="Calibri"/>
          <w:sz w:val="22"/>
          <w:lang w:val="it-IT"/>
        </w:rPr>
        <w:t xml:space="preserve"> Lavoro sportivo</w:t>
      </w:r>
      <w:r w:rsidRPr="0021624D">
        <w:rPr>
          <w:rFonts w:ascii="Calibri" w:hAnsi="Calibri" w:cs="Calibri"/>
          <w:sz w:val="22"/>
          <w:lang w:val="it-IT"/>
        </w:rPr>
        <w:br/>
      </w:r>
      <w:r w:rsidRPr="0021624D">
        <w:rPr>
          <w:rFonts w:ascii="Segoe UI Symbol" w:hAnsi="Segoe UI Symbol" w:cs="Segoe UI Symbol"/>
          <w:sz w:val="22"/>
          <w:lang w:val="it-IT"/>
        </w:rPr>
        <w:t>☐</w:t>
      </w:r>
      <w:r w:rsidRPr="0021624D">
        <w:rPr>
          <w:rFonts w:ascii="Calibri" w:hAnsi="Calibri" w:cs="Calibri"/>
          <w:sz w:val="22"/>
          <w:lang w:val="it-IT"/>
        </w:rPr>
        <w:t xml:space="preserve"> Altra attività lavorativa per personale part-time ≤ 50%</w:t>
      </w:r>
      <w:r w:rsidRPr="0021624D">
        <w:rPr>
          <w:rFonts w:ascii="Calibri" w:hAnsi="Calibri" w:cs="Calibri"/>
          <w:sz w:val="22"/>
          <w:lang w:val="it-IT"/>
        </w:rPr>
        <w:br/>
      </w:r>
      <w:r w:rsidRPr="0021624D">
        <w:rPr>
          <w:rFonts w:ascii="Segoe UI Symbol" w:hAnsi="Segoe UI Symbol" w:cs="Segoe UI Symbol"/>
          <w:sz w:val="22"/>
          <w:lang w:val="it-IT"/>
        </w:rPr>
        <w:t>☐</w:t>
      </w:r>
      <w:r w:rsidRPr="0021624D">
        <w:rPr>
          <w:rFonts w:ascii="Calibri" w:hAnsi="Calibri" w:cs="Calibri"/>
          <w:sz w:val="22"/>
          <w:lang w:val="it-IT"/>
        </w:rPr>
        <w:t xml:space="preserve"> Lezioni private (personale docente)</w:t>
      </w:r>
      <w:r w:rsidRPr="0021624D">
        <w:rPr>
          <w:rFonts w:ascii="Calibri" w:hAnsi="Calibri" w:cs="Calibri"/>
          <w:sz w:val="22"/>
          <w:lang w:val="it-IT"/>
        </w:rPr>
        <w:br/>
      </w:r>
      <w:r w:rsidRPr="0021624D">
        <w:rPr>
          <w:rFonts w:ascii="Segoe UI Symbol" w:hAnsi="Segoe UI Symbol" w:cs="Segoe UI Symbol"/>
          <w:sz w:val="22"/>
          <w:lang w:val="it-IT"/>
        </w:rPr>
        <w:t>☐</w:t>
      </w:r>
      <w:r w:rsidRPr="0021624D">
        <w:rPr>
          <w:rFonts w:ascii="Calibri" w:hAnsi="Calibri" w:cs="Calibri"/>
          <w:sz w:val="22"/>
          <w:lang w:val="it-IT"/>
        </w:rPr>
        <w:t xml:space="preserve"> Variazione di attività o incarico già comunicato/autorizzato</w:t>
      </w:r>
      <w:r w:rsidRPr="0021624D">
        <w:rPr>
          <w:rFonts w:ascii="Calibri" w:hAnsi="Calibri" w:cs="Calibri"/>
          <w:sz w:val="22"/>
          <w:lang w:val="it-IT"/>
        </w:rPr>
        <w:br/>
      </w:r>
      <w:r w:rsidRPr="0021624D">
        <w:rPr>
          <w:rFonts w:ascii="Segoe UI Symbol" w:hAnsi="Segoe UI Symbol" w:cs="Segoe UI Symbol"/>
          <w:sz w:val="22"/>
          <w:lang w:val="it-IT"/>
        </w:rPr>
        <w:t>☐</w:t>
      </w:r>
      <w:r w:rsidRPr="0021624D">
        <w:rPr>
          <w:rFonts w:ascii="Calibri" w:hAnsi="Calibri" w:cs="Calibri"/>
          <w:sz w:val="22"/>
          <w:lang w:val="it-IT"/>
        </w:rPr>
        <w:t xml:space="preserve"> Altra attività esterna: ____________________________________________</w:t>
      </w:r>
    </w:p>
    <w:p w:rsidR="0029423F" w:rsidRPr="0021624D" w:rsidRDefault="00065BF9" w:rsidP="001A7393">
      <w:pPr>
        <w:pStyle w:val="Titolo2"/>
        <w:spacing w:before="240"/>
        <w:rPr>
          <w:rFonts w:ascii="Calibri" w:hAnsi="Calibri" w:cs="Calibri"/>
          <w:szCs w:val="22"/>
        </w:rPr>
      </w:pPr>
      <w:r w:rsidRPr="0021624D">
        <w:rPr>
          <w:rFonts w:ascii="Calibri" w:hAnsi="Calibri" w:cs="Calibri"/>
          <w:szCs w:val="22"/>
        </w:rPr>
        <w:lastRenderedPageBreak/>
        <w:t>3. DATI GENERALI DELL’ATTIVITÀ / INCARICO</w:t>
      </w:r>
    </w:p>
    <w:tbl>
      <w:tblPr>
        <w:tblStyle w:val="Grigliatabella"/>
        <w:tblW w:w="0" w:type="auto"/>
        <w:jc w:val="center"/>
        <w:tblLook w:val="04A0"/>
      </w:tblPr>
      <w:tblGrid>
        <w:gridCol w:w="4077"/>
        <w:gridCol w:w="6755"/>
      </w:tblGrid>
      <w:tr w:rsidR="0029423F" w:rsidRPr="0021624D" w:rsidTr="00F31527">
        <w:trPr>
          <w:jc w:val="center"/>
        </w:trPr>
        <w:tc>
          <w:tcPr>
            <w:tcW w:w="53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9423F" w:rsidRPr="0021624D" w:rsidRDefault="00065BF9" w:rsidP="001A7393">
            <w:pPr>
              <w:spacing w:before="240"/>
              <w:rPr>
                <w:rFonts w:ascii="Calibri" w:hAnsi="Calibri" w:cs="Calibri"/>
                <w:sz w:val="22"/>
              </w:rPr>
            </w:pPr>
            <w:r w:rsidRPr="0021624D">
              <w:rPr>
                <w:rFonts w:ascii="Calibri" w:hAnsi="Calibri" w:cs="Calibri"/>
                <w:b/>
                <w:sz w:val="22"/>
              </w:rPr>
              <w:t>Soggetto conferente / committente / datore</w:t>
            </w:r>
          </w:p>
        </w:tc>
        <w:tc>
          <w:tcPr>
            <w:tcW w:w="5326" w:type="dxa"/>
            <w:tcMar>
              <w:top w:w="70" w:type="dxa"/>
              <w:left w:w="90" w:type="dxa"/>
              <w:bottom w:w="70" w:type="dxa"/>
              <w:right w:w="90" w:type="dxa"/>
            </w:tcMar>
            <w:vAlign w:val="bottom"/>
          </w:tcPr>
          <w:p w:rsidR="0029423F" w:rsidRPr="0021624D" w:rsidRDefault="00065BF9" w:rsidP="001A7393">
            <w:pPr>
              <w:spacing w:before="240"/>
              <w:rPr>
                <w:rFonts w:ascii="Calibri" w:hAnsi="Calibri" w:cs="Calibri"/>
                <w:sz w:val="22"/>
              </w:rPr>
            </w:pPr>
            <w:r w:rsidRPr="0021624D">
              <w:rPr>
                <w:rFonts w:ascii="Calibri" w:hAnsi="Calibri" w:cs="Calibri"/>
                <w:sz w:val="22"/>
              </w:rPr>
              <w:t>____________________________________________________________</w:t>
            </w:r>
          </w:p>
        </w:tc>
      </w:tr>
      <w:tr w:rsidR="0029423F" w:rsidRPr="0021624D" w:rsidTr="00F31527">
        <w:trPr>
          <w:jc w:val="center"/>
        </w:trPr>
        <w:tc>
          <w:tcPr>
            <w:tcW w:w="53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9423F" w:rsidRPr="0021624D" w:rsidRDefault="00065BF9" w:rsidP="001A7393">
            <w:pPr>
              <w:spacing w:before="240"/>
              <w:rPr>
                <w:rFonts w:ascii="Calibri" w:hAnsi="Calibri" w:cs="Calibri"/>
                <w:sz w:val="22"/>
              </w:rPr>
            </w:pPr>
            <w:r w:rsidRPr="0021624D">
              <w:rPr>
                <w:rFonts w:ascii="Calibri" w:hAnsi="Calibri" w:cs="Calibri"/>
                <w:b/>
                <w:sz w:val="22"/>
              </w:rPr>
              <w:t>Oggetto e natura dell’attività</w:t>
            </w:r>
          </w:p>
        </w:tc>
        <w:tc>
          <w:tcPr>
            <w:tcW w:w="5326" w:type="dxa"/>
            <w:tcMar>
              <w:top w:w="70" w:type="dxa"/>
              <w:left w:w="90" w:type="dxa"/>
              <w:bottom w:w="70" w:type="dxa"/>
              <w:right w:w="90" w:type="dxa"/>
            </w:tcMar>
            <w:vAlign w:val="bottom"/>
          </w:tcPr>
          <w:p w:rsidR="00227D77" w:rsidRDefault="00065BF9" w:rsidP="00227D77">
            <w:pPr>
              <w:spacing w:before="240"/>
              <w:rPr>
                <w:rFonts w:ascii="Calibri" w:hAnsi="Calibri" w:cs="Calibri"/>
                <w:sz w:val="22"/>
              </w:rPr>
            </w:pPr>
            <w:r w:rsidRPr="0021624D">
              <w:rPr>
                <w:rFonts w:ascii="Calibri" w:hAnsi="Calibri" w:cs="Calibri"/>
                <w:sz w:val="22"/>
              </w:rPr>
              <w:t>____________________________________________________________</w:t>
            </w:r>
            <w:r w:rsidRPr="0021624D">
              <w:rPr>
                <w:rFonts w:ascii="Calibri" w:hAnsi="Calibri" w:cs="Calibri"/>
                <w:sz w:val="22"/>
              </w:rPr>
              <w:br/>
            </w:r>
          </w:p>
          <w:p w:rsidR="0029423F" w:rsidRPr="0021624D" w:rsidRDefault="00065BF9" w:rsidP="00227D77">
            <w:pPr>
              <w:rPr>
                <w:rFonts w:ascii="Calibri" w:hAnsi="Calibri" w:cs="Calibri"/>
                <w:sz w:val="22"/>
              </w:rPr>
            </w:pPr>
            <w:r w:rsidRPr="0021624D">
              <w:rPr>
                <w:rFonts w:ascii="Calibri" w:hAnsi="Calibri" w:cs="Calibri"/>
                <w:sz w:val="22"/>
              </w:rPr>
              <w:t>____________________________________________________________</w:t>
            </w:r>
          </w:p>
        </w:tc>
      </w:tr>
      <w:tr w:rsidR="0029423F" w:rsidRPr="0021624D" w:rsidTr="00F31527">
        <w:trPr>
          <w:jc w:val="center"/>
        </w:trPr>
        <w:tc>
          <w:tcPr>
            <w:tcW w:w="53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9423F" w:rsidRPr="0021624D" w:rsidRDefault="00065BF9" w:rsidP="001A7393">
            <w:pPr>
              <w:spacing w:before="240"/>
              <w:rPr>
                <w:rFonts w:ascii="Calibri" w:hAnsi="Calibri" w:cs="Calibri"/>
                <w:sz w:val="22"/>
              </w:rPr>
            </w:pPr>
            <w:r w:rsidRPr="0021624D">
              <w:rPr>
                <w:rFonts w:ascii="Calibri" w:hAnsi="Calibri" w:cs="Calibri"/>
                <w:b/>
                <w:sz w:val="22"/>
              </w:rPr>
              <w:t>Periodo</w:t>
            </w:r>
          </w:p>
        </w:tc>
        <w:tc>
          <w:tcPr>
            <w:tcW w:w="5326" w:type="dxa"/>
            <w:tcMar>
              <w:top w:w="70" w:type="dxa"/>
              <w:left w:w="90" w:type="dxa"/>
              <w:bottom w:w="70" w:type="dxa"/>
              <w:right w:w="90" w:type="dxa"/>
            </w:tcMar>
            <w:vAlign w:val="bottom"/>
          </w:tcPr>
          <w:p w:rsidR="0029423F" w:rsidRPr="0021624D" w:rsidRDefault="00065BF9" w:rsidP="001A7393">
            <w:pPr>
              <w:spacing w:before="240"/>
              <w:rPr>
                <w:rFonts w:ascii="Calibri" w:hAnsi="Calibri" w:cs="Calibri"/>
                <w:sz w:val="22"/>
              </w:rPr>
            </w:pPr>
            <w:r w:rsidRPr="0021624D">
              <w:rPr>
                <w:rFonts w:ascii="Calibri" w:hAnsi="Calibri" w:cs="Calibri"/>
                <w:sz w:val="22"/>
              </w:rPr>
              <w:t>dal ____/____/______ al ____/____/______</w:t>
            </w:r>
          </w:p>
        </w:tc>
      </w:tr>
      <w:tr w:rsidR="0029423F" w:rsidRPr="0021624D" w:rsidTr="00F31527">
        <w:trPr>
          <w:jc w:val="center"/>
        </w:trPr>
        <w:tc>
          <w:tcPr>
            <w:tcW w:w="53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9423F" w:rsidRPr="0021624D" w:rsidRDefault="00065BF9" w:rsidP="001A7393">
            <w:pPr>
              <w:spacing w:before="240"/>
              <w:rPr>
                <w:rFonts w:ascii="Calibri" w:hAnsi="Calibri" w:cs="Calibri"/>
                <w:sz w:val="22"/>
              </w:rPr>
            </w:pPr>
            <w:r w:rsidRPr="0021624D">
              <w:rPr>
                <w:rFonts w:ascii="Calibri" w:hAnsi="Calibri" w:cs="Calibri"/>
                <w:b/>
                <w:sz w:val="22"/>
              </w:rPr>
              <w:t>Impegno previsto</w:t>
            </w:r>
          </w:p>
        </w:tc>
        <w:tc>
          <w:tcPr>
            <w:tcW w:w="5326" w:type="dxa"/>
            <w:tcMar>
              <w:top w:w="70" w:type="dxa"/>
              <w:left w:w="90" w:type="dxa"/>
              <w:bottom w:w="70" w:type="dxa"/>
              <w:right w:w="90" w:type="dxa"/>
            </w:tcMar>
            <w:vAlign w:val="bottom"/>
          </w:tcPr>
          <w:p w:rsidR="0029423F" w:rsidRPr="0021624D" w:rsidRDefault="00065BF9" w:rsidP="001A7393">
            <w:pPr>
              <w:spacing w:before="240"/>
              <w:rPr>
                <w:rFonts w:ascii="Calibri" w:hAnsi="Calibri" w:cs="Calibri"/>
                <w:sz w:val="22"/>
                <w:lang w:val="it-IT"/>
              </w:rPr>
            </w:pPr>
            <w:r w:rsidRPr="0021624D">
              <w:rPr>
                <w:rFonts w:ascii="Calibri" w:hAnsi="Calibri" w:cs="Calibri"/>
                <w:sz w:val="22"/>
                <w:lang w:val="it-IT"/>
              </w:rPr>
              <w:t xml:space="preserve">________ ore </w:t>
            </w:r>
            <w:r w:rsidRPr="0021624D">
              <w:rPr>
                <w:rFonts w:ascii="Segoe UI Symbol" w:hAnsi="Segoe UI Symbol" w:cs="Segoe UI Symbol"/>
                <w:sz w:val="22"/>
                <w:lang w:val="it-IT"/>
              </w:rPr>
              <w:t>☐</w:t>
            </w:r>
            <w:r w:rsidRPr="0021624D">
              <w:rPr>
                <w:rFonts w:ascii="Calibri" w:hAnsi="Calibri" w:cs="Calibri"/>
                <w:sz w:val="22"/>
                <w:lang w:val="it-IT"/>
              </w:rPr>
              <w:t xml:space="preserve"> settimanali </w:t>
            </w:r>
            <w:r w:rsidRPr="0021624D">
              <w:rPr>
                <w:rFonts w:ascii="Segoe UI Symbol" w:hAnsi="Segoe UI Symbol" w:cs="Segoe UI Symbol"/>
                <w:sz w:val="22"/>
                <w:lang w:val="it-IT"/>
              </w:rPr>
              <w:t>☐</w:t>
            </w:r>
            <w:r w:rsidRPr="0021624D">
              <w:rPr>
                <w:rFonts w:ascii="Calibri" w:hAnsi="Calibri" w:cs="Calibri"/>
                <w:sz w:val="22"/>
                <w:lang w:val="it-IT"/>
              </w:rPr>
              <w:t xml:space="preserve"> mensili / ______ giornate nel periodo</w:t>
            </w:r>
          </w:p>
        </w:tc>
      </w:tr>
      <w:tr w:rsidR="0029423F" w:rsidRPr="0021624D" w:rsidTr="00F31527">
        <w:trPr>
          <w:jc w:val="center"/>
        </w:trPr>
        <w:tc>
          <w:tcPr>
            <w:tcW w:w="53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9423F" w:rsidRPr="0021624D" w:rsidRDefault="00065BF9" w:rsidP="001A7393">
            <w:pPr>
              <w:spacing w:before="240"/>
              <w:rPr>
                <w:rFonts w:ascii="Calibri" w:hAnsi="Calibri" w:cs="Calibri"/>
                <w:sz w:val="22"/>
              </w:rPr>
            </w:pPr>
            <w:proofErr w:type="spellStart"/>
            <w:r w:rsidRPr="0021624D">
              <w:rPr>
                <w:rFonts w:ascii="Calibri" w:hAnsi="Calibri" w:cs="Calibri"/>
                <w:b/>
                <w:sz w:val="22"/>
              </w:rPr>
              <w:t>Modalità</w:t>
            </w:r>
            <w:proofErr w:type="spellEnd"/>
            <w:r w:rsidRPr="0021624D">
              <w:rPr>
                <w:rFonts w:ascii="Calibri" w:hAnsi="Calibri" w:cs="Calibri"/>
                <w:b/>
                <w:sz w:val="22"/>
              </w:rPr>
              <w:t xml:space="preserve"> / </w:t>
            </w:r>
            <w:proofErr w:type="spellStart"/>
            <w:r w:rsidRPr="0021624D">
              <w:rPr>
                <w:rFonts w:ascii="Calibri" w:hAnsi="Calibri" w:cs="Calibri"/>
                <w:b/>
                <w:sz w:val="22"/>
              </w:rPr>
              <w:t>luogo</w:t>
            </w:r>
            <w:proofErr w:type="spellEnd"/>
            <w:r w:rsidRPr="0021624D">
              <w:rPr>
                <w:rFonts w:ascii="Calibri" w:hAnsi="Calibri" w:cs="Calibri"/>
                <w:b/>
                <w:sz w:val="22"/>
              </w:rPr>
              <w:t xml:space="preserve"> </w:t>
            </w:r>
            <w:proofErr w:type="spellStart"/>
            <w:r w:rsidRPr="0021624D">
              <w:rPr>
                <w:rFonts w:ascii="Calibri" w:hAnsi="Calibri" w:cs="Calibri"/>
                <w:b/>
                <w:sz w:val="22"/>
              </w:rPr>
              <w:t>di</w:t>
            </w:r>
            <w:proofErr w:type="spellEnd"/>
            <w:r w:rsidRPr="0021624D">
              <w:rPr>
                <w:rFonts w:ascii="Calibri" w:hAnsi="Calibri" w:cs="Calibri"/>
                <w:b/>
                <w:sz w:val="22"/>
              </w:rPr>
              <w:t xml:space="preserve"> svolgimento</w:t>
            </w:r>
          </w:p>
        </w:tc>
        <w:tc>
          <w:tcPr>
            <w:tcW w:w="5326" w:type="dxa"/>
            <w:tcMar>
              <w:top w:w="70" w:type="dxa"/>
              <w:left w:w="90" w:type="dxa"/>
              <w:bottom w:w="70" w:type="dxa"/>
              <w:right w:w="90" w:type="dxa"/>
            </w:tcMar>
            <w:vAlign w:val="bottom"/>
          </w:tcPr>
          <w:p w:rsidR="0029423F" w:rsidRPr="0021624D" w:rsidRDefault="00065BF9" w:rsidP="001A7393">
            <w:pPr>
              <w:spacing w:before="240"/>
              <w:rPr>
                <w:rFonts w:ascii="Calibri" w:hAnsi="Calibri" w:cs="Calibri"/>
                <w:sz w:val="22"/>
              </w:rPr>
            </w:pPr>
            <w:r w:rsidRPr="0021624D">
              <w:rPr>
                <w:rFonts w:ascii="Calibri" w:hAnsi="Calibri" w:cs="Calibri"/>
                <w:sz w:val="22"/>
              </w:rPr>
              <w:t>____________________________________________________________</w:t>
            </w:r>
          </w:p>
        </w:tc>
      </w:tr>
      <w:tr w:rsidR="0029423F" w:rsidRPr="0021624D" w:rsidTr="00F31527">
        <w:trPr>
          <w:jc w:val="center"/>
        </w:trPr>
        <w:tc>
          <w:tcPr>
            <w:tcW w:w="53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9423F" w:rsidRPr="0021624D" w:rsidRDefault="00065BF9" w:rsidP="001A7393">
            <w:pPr>
              <w:spacing w:before="240"/>
              <w:rPr>
                <w:rFonts w:ascii="Calibri" w:hAnsi="Calibri" w:cs="Calibri"/>
                <w:sz w:val="22"/>
              </w:rPr>
            </w:pPr>
            <w:r w:rsidRPr="0021624D">
              <w:rPr>
                <w:rFonts w:ascii="Calibri" w:hAnsi="Calibri" w:cs="Calibri"/>
                <w:b/>
                <w:sz w:val="22"/>
              </w:rPr>
              <w:t>Orari / fasce orarie</w:t>
            </w:r>
          </w:p>
        </w:tc>
        <w:tc>
          <w:tcPr>
            <w:tcW w:w="5326" w:type="dxa"/>
            <w:tcMar>
              <w:top w:w="70" w:type="dxa"/>
              <w:left w:w="90" w:type="dxa"/>
              <w:bottom w:w="70" w:type="dxa"/>
              <w:right w:w="90" w:type="dxa"/>
            </w:tcMar>
            <w:vAlign w:val="bottom"/>
          </w:tcPr>
          <w:p w:rsidR="0029423F" w:rsidRPr="0021624D" w:rsidRDefault="00065BF9" w:rsidP="001A7393">
            <w:pPr>
              <w:spacing w:before="240"/>
              <w:rPr>
                <w:rFonts w:ascii="Calibri" w:hAnsi="Calibri" w:cs="Calibri"/>
                <w:sz w:val="22"/>
              </w:rPr>
            </w:pPr>
            <w:r w:rsidRPr="0021624D">
              <w:rPr>
                <w:rFonts w:ascii="Calibri" w:hAnsi="Calibri" w:cs="Calibri"/>
                <w:sz w:val="22"/>
              </w:rPr>
              <w:t>____________________________________________________________</w:t>
            </w:r>
          </w:p>
        </w:tc>
      </w:tr>
      <w:tr w:rsidR="0029423F" w:rsidRPr="0021624D" w:rsidTr="00F31527">
        <w:trPr>
          <w:jc w:val="center"/>
        </w:trPr>
        <w:tc>
          <w:tcPr>
            <w:tcW w:w="53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9423F" w:rsidRPr="0021624D" w:rsidRDefault="00065BF9" w:rsidP="001A7393">
            <w:pPr>
              <w:spacing w:before="240"/>
              <w:rPr>
                <w:rFonts w:ascii="Calibri" w:hAnsi="Calibri" w:cs="Calibri"/>
                <w:sz w:val="22"/>
              </w:rPr>
            </w:pPr>
            <w:r w:rsidRPr="0021624D">
              <w:rPr>
                <w:rFonts w:ascii="Calibri" w:hAnsi="Calibri" w:cs="Calibri"/>
                <w:b/>
                <w:sz w:val="22"/>
              </w:rPr>
              <w:t>Compenso / corrispettivo previsto</w:t>
            </w:r>
          </w:p>
        </w:tc>
        <w:tc>
          <w:tcPr>
            <w:tcW w:w="5326" w:type="dxa"/>
            <w:tcMar>
              <w:top w:w="70" w:type="dxa"/>
              <w:left w:w="90" w:type="dxa"/>
              <w:bottom w:w="70" w:type="dxa"/>
              <w:right w:w="90" w:type="dxa"/>
            </w:tcMar>
            <w:vAlign w:val="bottom"/>
          </w:tcPr>
          <w:p w:rsidR="0029423F" w:rsidRPr="0021624D" w:rsidRDefault="00065BF9" w:rsidP="001A7393">
            <w:pPr>
              <w:spacing w:before="240"/>
              <w:rPr>
                <w:rFonts w:ascii="Calibri" w:hAnsi="Calibri" w:cs="Calibri"/>
                <w:sz w:val="22"/>
                <w:lang w:val="it-IT"/>
              </w:rPr>
            </w:pPr>
            <w:r w:rsidRPr="0021624D">
              <w:rPr>
                <w:rFonts w:ascii="Calibri" w:hAnsi="Calibri" w:cs="Calibri"/>
                <w:sz w:val="22"/>
                <w:lang w:val="it-IT"/>
              </w:rPr>
              <w:t xml:space="preserve">€ __________________  </w:t>
            </w:r>
            <w:r w:rsidR="00B1797D" w:rsidRPr="00B1797D">
              <w:rPr>
                <w:rFonts w:ascii="Calibri" w:hAnsi="Calibri" w:cs="Calibri"/>
                <w:i/>
                <w:iCs/>
                <w:sz w:val="22"/>
                <w:u w:val="single"/>
                <w:lang w:val="it-IT"/>
              </w:rPr>
              <w:t>oppure</w:t>
            </w:r>
            <w:r w:rsidR="00B1797D">
              <w:rPr>
                <w:rFonts w:ascii="Calibri" w:hAnsi="Calibri" w:cs="Calibri"/>
                <w:sz w:val="22"/>
                <w:lang w:val="it-IT"/>
              </w:rPr>
              <w:t xml:space="preserve"> </w:t>
            </w:r>
            <w:r w:rsidRPr="0021624D">
              <w:rPr>
                <w:rFonts w:ascii="Segoe UI Symbol" w:hAnsi="Segoe UI Symbol" w:cs="Segoe UI Symbol"/>
                <w:sz w:val="22"/>
                <w:lang w:val="it-IT"/>
              </w:rPr>
              <w:t>☐</w:t>
            </w:r>
            <w:r w:rsidRPr="0021624D">
              <w:rPr>
                <w:rFonts w:ascii="Calibri" w:hAnsi="Calibri" w:cs="Calibri"/>
                <w:sz w:val="22"/>
                <w:lang w:val="it-IT"/>
              </w:rPr>
              <w:t xml:space="preserve"> non previsto / solo rimborso spese</w:t>
            </w:r>
          </w:p>
        </w:tc>
      </w:tr>
    </w:tbl>
    <w:p w:rsidR="0029423F" w:rsidRPr="0021624D" w:rsidRDefault="00065BF9" w:rsidP="001A7393">
      <w:pPr>
        <w:pStyle w:val="Titolo2"/>
        <w:spacing w:before="240"/>
        <w:rPr>
          <w:rFonts w:ascii="Calibri" w:hAnsi="Calibri" w:cs="Calibri"/>
          <w:szCs w:val="22"/>
          <w:lang w:val="it-IT"/>
        </w:rPr>
      </w:pPr>
      <w:r w:rsidRPr="0021624D">
        <w:rPr>
          <w:rFonts w:ascii="Calibri" w:hAnsi="Calibri" w:cs="Calibri"/>
          <w:szCs w:val="22"/>
          <w:lang w:val="it-IT"/>
        </w:rPr>
        <w:t>4. DATI SPECIFICI - compilare solo se pertinenti</w:t>
      </w:r>
    </w:p>
    <w:p w:rsidR="008B1454" w:rsidRDefault="00065BF9" w:rsidP="001A7393">
      <w:pPr>
        <w:spacing w:before="240"/>
        <w:rPr>
          <w:rFonts w:ascii="Calibri" w:hAnsi="Calibri" w:cs="Calibri"/>
          <w:sz w:val="22"/>
          <w:lang w:val="it-IT"/>
        </w:rPr>
      </w:pPr>
      <w:r w:rsidRPr="001A7393">
        <w:rPr>
          <w:rFonts w:ascii="Calibri" w:hAnsi="Calibri" w:cs="Calibri"/>
          <w:b/>
          <w:sz w:val="22"/>
          <w:u w:val="single"/>
          <w:lang w:val="it-IT"/>
        </w:rPr>
        <w:t>Libera professione - personale docente</w:t>
      </w:r>
      <w:r w:rsidRPr="001A7393">
        <w:rPr>
          <w:rFonts w:ascii="Calibri" w:hAnsi="Calibri" w:cs="Calibri"/>
          <w:b/>
          <w:sz w:val="22"/>
          <w:u w:val="single"/>
          <w:lang w:val="it-IT"/>
        </w:rPr>
        <w:br/>
      </w:r>
      <w:r w:rsidRPr="0021624D">
        <w:rPr>
          <w:rFonts w:ascii="Calibri" w:hAnsi="Calibri" w:cs="Calibri"/>
          <w:sz w:val="22"/>
          <w:lang w:val="it-IT"/>
        </w:rPr>
        <w:t>Professione esercitata: ________________________________________________</w:t>
      </w:r>
      <w:r w:rsidRPr="0021624D">
        <w:rPr>
          <w:rFonts w:ascii="Calibri" w:hAnsi="Calibri" w:cs="Calibri"/>
          <w:sz w:val="22"/>
          <w:lang w:val="it-IT"/>
        </w:rPr>
        <w:br/>
      </w:r>
      <w:r w:rsidRPr="0006187C">
        <w:rPr>
          <w:rFonts w:ascii="Segoe UI Symbol" w:hAnsi="Segoe UI Symbol" w:cs="Segoe UI Symbol"/>
          <w:sz w:val="22"/>
          <w:lang w:val="it-IT"/>
        </w:rPr>
        <w:t>☐</w:t>
      </w:r>
      <w:r w:rsidRPr="0006187C">
        <w:rPr>
          <w:rFonts w:ascii="Calibri" w:hAnsi="Calibri" w:cs="Calibri"/>
          <w:sz w:val="22"/>
          <w:lang w:val="it-IT"/>
        </w:rPr>
        <w:t xml:space="preserve"> Professione per la quale l’iscrizione a Ordine/Albo/Collegio è richiesta per legge</w:t>
      </w:r>
      <w:r w:rsidRPr="0006187C">
        <w:rPr>
          <w:rFonts w:ascii="Calibri" w:hAnsi="Calibri" w:cs="Calibri"/>
          <w:sz w:val="22"/>
          <w:lang w:val="it-IT"/>
        </w:rPr>
        <w:br/>
      </w:r>
      <w:r w:rsidRPr="0021624D">
        <w:rPr>
          <w:rFonts w:ascii="Calibri" w:hAnsi="Calibri" w:cs="Calibri"/>
          <w:sz w:val="22"/>
          <w:lang w:val="it-IT"/>
        </w:rPr>
        <w:t>Ordine/Albo/Collegio: ______________________________ n. iscrizione __________</w:t>
      </w:r>
    </w:p>
    <w:p w:rsidR="0029423F" w:rsidRPr="0021624D" w:rsidRDefault="00065BF9" w:rsidP="001A7393">
      <w:pPr>
        <w:spacing w:before="240"/>
        <w:rPr>
          <w:rFonts w:ascii="Calibri" w:hAnsi="Calibri" w:cs="Calibri"/>
          <w:sz w:val="22"/>
          <w:lang w:val="it-IT"/>
        </w:rPr>
      </w:pPr>
      <w:r w:rsidRPr="0006187C">
        <w:rPr>
          <w:rFonts w:ascii="Segoe UI Symbol" w:hAnsi="Segoe UI Symbol" w:cs="Segoe UI Symbol"/>
          <w:sz w:val="22"/>
          <w:lang w:val="it-IT"/>
        </w:rPr>
        <w:t>☐</w:t>
      </w:r>
      <w:r w:rsidRPr="0006187C">
        <w:rPr>
          <w:rFonts w:ascii="Calibri" w:hAnsi="Calibri" w:cs="Calibri"/>
          <w:sz w:val="22"/>
          <w:lang w:val="it-IT"/>
        </w:rPr>
        <w:t xml:space="preserve"> Professione non organizzata in Ordini o Collegi</w:t>
      </w:r>
      <w:r w:rsidRPr="0006187C">
        <w:rPr>
          <w:rFonts w:ascii="Calibri" w:hAnsi="Calibri" w:cs="Calibri"/>
          <w:sz w:val="22"/>
          <w:lang w:val="it-IT"/>
        </w:rPr>
        <w:br/>
      </w:r>
      <w:r w:rsidRPr="0021624D">
        <w:rPr>
          <w:rFonts w:ascii="Calibri" w:hAnsi="Calibri" w:cs="Calibri"/>
          <w:sz w:val="22"/>
          <w:lang w:val="it-IT"/>
        </w:rPr>
        <w:t>Partita IVA, se pertinente: __________________  Codice ATECO, se pertinente: ______________</w:t>
      </w:r>
    </w:p>
    <w:p w:rsidR="00E11732" w:rsidRDefault="00065BF9" w:rsidP="001A7393">
      <w:pPr>
        <w:spacing w:before="240"/>
        <w:rPr>
          <w:rFonts w:ascii="Calibri" w:hAnsi="Calibri" w:cs="Calibri"/>
          <w:sz w:val="22"/>
          <w:lang w:val="it-IT"/>
        </w:rPr>
      </w:pPr>
      <w:r w:rsidRPr="001A7393">
        <w:rPr>
          <w:rFonts w:ascii="Calibri" w:hAnsi="Calibri" w:cs="Calibri"/>
          <w:b/>
          <w:sz w:val="22"/>
          <w:u w:val="single"/>
          <w:lang w:val="it-IT"/>
        </w:rPr>
        <w:t>Lavoro sportivo</w:t>
      </w:r>
      <w:r w:rsidRPr="001A7393">
        <w:rPr>
          <w:rFonts w:ascii="Calibri" w:hAnsi="Calibri" w:cs="Calibri"/>
          <w:b/>
          <w:sz w:val="22"/>
          <w:u w:val="single"/>
          <w:lang w:val="it-IT"/>
        </w:rPr>
        <w:br/>
      </w:r>
      <w:r w:rsidRPr="0021624D">
        <w:rPr>
          <w:rFonts w:ascii="Calibri" w:hAnsi="Calibri" w:cs="Calibri"/>
          <w:sz w:val="22"/>
          <w:lang w:val="it-IT"/>
        </w:rPr>
        <w:t>Soggetto sportivo: ______________________________  Qualifica/mansione: ____________________</w:t>
      </w:r>
      <w:r w:rsidRPr="0021624D">
        <w:rPr>
          <w:rFonts w:ascii="Calibri" w:hAnsi="Calibri" w:cs="Calibri"/>
          <w:sz w:val="22"/>
          <w:lang w:val="it-IT"/>
        </w:rPr>
        <w:br/>
      </w:r>
      <w:r w:rsidRPr="0021624D">
        <w:rPr>
          <w:rFonts w:ascii="Segoe UI Symbol" w:hAnsi="Segoe UI Symbol" w:cs="Segoe UI Symbol"/>
          <w:sz w:val="22"/>
          <w:lang w:val="it-IT"/>
        </w:rPr>
        <w:t>☐</w:t>
      </w:r>
      <w:r w:rsidRPr="0021624D">
        <w:rPr>
          <w:rFonts w:ascii="Calibri" w:hAnsi="Calibri" w:cs="Calibri"/>
          <w:sz w:val="22"/>
          <w:lang w:val="it-IT"/>
        </w:rPr>
        <w:t xml:space="preserve"> attività volontaria / gratuita   </w:t>
      </w:r>
    </w:p>
    <w:p w:rsidR="00E11732" w:rsidRDefault="00065BF9" w:rsidP="001A7393">
      <w:pPr>
        <w:spacing w:before="240"/>
        <w:rPr>
          <w:rFonts w:ascii="Calibri" w:hAnsi="Calibri" w:cs="Calibri"/>
          <w:sz w:val="22"/>
          <w:lang w:val="it-IT"/>
        </w:rPr>
      </w:pPr>
      <w:r w:rsidRPr="0021624D">
        <w:rPr>
          <w:rFonts w:ascii="Segoe UI Symbol" w:hAnsi="Segoe UI Symbol" w:cs="Segoe UI Symbol"/>
          <w:sz w:val="22"/>
          <w:lang w:val="it-IT"/>
        </w:rPr>
        <w:t>☐</w:t>
      </w:r>
      <w:r w:rsidRPr="0021624D">
        <w:rPr>
          <w:rFonts w:ascii="Calibri" w:hAnsi="Calibri" w:cs="Calibri"/>
          <w:sz w:val="22"/>
          <w:lang w:val="it-IT"/>
        </w:rPr>
        <w:t xml:space="preserve"> attività retribuita</w:t>
      </w:r>
      <w:r w:rsidRPr="0021624D">
        <w:rPr>
          <w:rFonts w:ascii="Calibri" w:hAnsi="Calibri" w:cs="Calibri"/>
          <w:sz w:val="22"/>
          <w:lang w:val="it-IT"/>
        </w:rPr>
        <w:br/>
        <w:t>Compenso/corrispettivo complessivo annuo previsto: € __________________</w:t>
      </w:r>
    </w:p>
    <w:p w:rsidR="0029423F" w:rsidRPr="0021624D" w:rsidRDefault="00065BF9" w:rsidP="001A7393">
      <w:pPr>
        <w:spacing w:before="240"/>
        <w:rPr>
          <w:rFonts w:ascii="Calibri" w:hAnsi="Calibri" w:cs="Calibri"/>
          <w:sz w:val="22"/>
          <w:lang w:val="it-IT"/>
        </w:rPr>
      </w:pPr>
      <w:r w:rsidRPr="0021624D">
        <w:rPr>
          <w:rFonts w:ascii="Segoe UI Symbol" w:hAnsi="Segoe UI Symbol" w:cs="Segoe UI Symbol"/>
          <w:sz w:val="22"/>
          <w:lang w:val="it-IT"/>
        </w:rPr>
        <w:t>☐</w:t>
      </w:r>
      <w:r w:rsidRPr="0021624D">
        <w:rPr>
          <w:rFonts w:ascii="Calibri" w:hAnsi="Calibri" w:cs="Calibri"/>
          <w:sz w:val="22"/>
          <w:lang w:val="it-IT"/>
        </w:rPr>
        <w:t xml:space="preserve"> non superiore a € 5.000 annui   </w:t>
      </w:r>
      <w:r w:rsidRPr="0021624D">
        <w:rPr>
          <w:rFonts w:ascii="Segoe UI Symbol" w:hAnsi="Segoe UI Symbol" w:cs="Segoe UI Symbol"/>
          <w:sz w:val="22"/>
          <w:lang w:val="it-IT"/>
        </w:rPr>
        <w:t>☐</w:t>
      </w:r>
      <w:r w:rsidRPr="0021624D">
        <w:rPr>
          <w:rFonts w:ascii="Calibri" w:hAnsi="Calibri" w:cs="Calibri"/>
          <w:sz w:val="22"/>
          <w:lang w:val="it-IT"/>
        </w:rPr>
        <w:t xml:space="preserve"> superiore a € 5.000 annui</w:t>
      </w:r>
    </w:p>
    <w:p w:rsidR="00F64860" w:rsidRDefault="00065BF9" w:rsidP="00F64860">
      <w:pPr>
        <w:spacing w:before="240" w:after="0"/>
        <w:rPr>
          <w:rFonts w:ascii="Calibri" w:hAnsi="Calibri" w:cs="Calibri"/>
          <w:sz w:val="22"/>
          <w:lang w:val="it-IT"/>
        </w:rPr>
      </w:pPr>
      <w:r w:rsidRPr="001A7393">
        <w:rPr>
          <w:rFonts w:ascii="Calibri" w:hAnsi="Calibri" w:cs="Calibri"/>
          <w:b/>
          <w:sz w:val="22"/>
          <w:u w:val="single"/>
          <w:lang w:val="it-IT"/>
        </w:rPr>
        <w:t>Personale part-time ≤ 50%</w:t>
      </w:r>
      <w:r w:rsidRPr="001A7393">
        <w:rPr>
          <w:rFonts w:ascii="Calibri" w:hAnsi="Calibri" w:cs="Calibri"/>
          <w:b/>
          <w:sz w:val="22"/>
          <w:u w:val="single"/>
          <w:lang w:val="it-IT"/>
        </w:rPr>
        <w:br/>
      </w:r>
      <w:r w:rsidRPr="0021624D">
        <w:rPr>
          <w:rFonts w:ascii="Segoe UI Symbol" w:hAnsi="Segoe UI Symbol" w:cs="Segoe UI Symbol"/>
          <w:sz w:val="22"/>
          <w:lang w:val="it-IT"/>
        </w:rPr>
        <w:t>☐</w:t>
      </w:r>
      <w:r w:rsidRPr="0021624D">
        <w:rPr>
          <w:rFonts w:ascii="Calibri" w:hAnsi="Calibri" w:cs="Calibri"/>
          <w:sz w:val="22"/>
          <w:lang w:val="it-IT"/>
        </w:rPr>
        <w:t xml:space="preserve"> inizio di altra attività lavorativa   </w:t>
      </w:r>
    </w:p>
    <w:p w:rsidR="000C6EC1" w:rsidRDefault="00065BF9" w:rsidP="00F64860">
      <w:pPr>
        <w:rPr>
          <w:rFonts w:ascii="Calibri" w:hAnsi="Calibri" w:cs="Calibri"/>
          <w:sz w:val="22"/>
          <w:lang w:val="it-IT"/>
        </w:rPr>
      </w:pPr>
      <w:r w:rsidRPr="0021624D">
        <w:rPr>
          <w:rFonts w:ascii="Segoe UI Symbol" w:hAnsi="Segoe UI Symbol" w:cs="Segoe UI Symbol"/>
          <w:sz w:val="22"/>
          <w:lang w:val="it-IT"/>
        </w:rPr>
        <w:t>☐</w:t>
      </w:r>
      <w:r w:rsidRPr="0021624D">
        <w:rPr>
          <w:rFonts w:ascii="Calibri" w:hAnsi="Calibri" w:cs="Calibri"/>
          <w:sz w:val="22"/>
          <w:lang w:val="it-IT"/>
        </w:rPr>
        <w:t xml:space="preserve"> variazione di attività già comunicata</w:t>
      </w:r>
      <w:r w:rsidR="00F64860" w:rsidRPr="00F64860">
        <w:rPr>
          <w:rFonts w:ascii="Calibri" w:hAnsi="Calibri" w:cs="Calibri"/>
          <w:sz w:val="22"/>
          <w:lang w:val="it-IT"/>
        </w:rPr>
        <w:t xml:space="preserve"> </w:t>
      </w:r>
      <w:r w:rsidR="00F64860">
        <w:rPr>
          <w:rFonts w:ascii="Calibri" w:hAnsi="Calibri" w:cs="Calibri"/>
          <w:sz w:val="22"/>
          <w:lang w:val="it-IT"/>
        </w:rPr>
        <w:t xml:space="preserve">     </w:t>
      </w:r>
      <w:r w:rsidR="00F64860" w:rsidRPr="0021624D">
        <w:rPr>
          <w:rFonts w:ascii="Calibri" w:hAnsi="Calibri" w:cs="Calibri"/>
          <w:sz w:val="22"/>
          <w:lang w:val="it-IT"/>
        </w:rPr>
        <w:t>Data di inizio/variazione: ____/____/______</w:t>
      </w:r>
      <w:r w:rsidRPr="0021624D">
        <w:rPr>
          <w:rFonts w:ascii="Calibri" w:hAnsi="Calibri" w:cs="Calibri"/>
          <w:sz w:val="22"/>
          <w:lang w:val="it-IT"/>
        </w:rPr>
        <w:br/>
      </w:r>
      <w:r w:rsidRPr="0021624D">
        <w:rPr>
          <w:rFonts w:ascii="Segoe UI Symbol" w:hAnsi="Segoe UI Symbol" w:cs="Segoe UI Symbol"/>
          <w:sz w:val="22"/>
          <w:lang w:val="it-IT"/>
        </w:rPr>
        <w:t>☐</w:t>
      </w:r>
      <w:r w:rsidRPr="0021624D">
        <w:rPr>
          <w:rFonts w:ascii="Calibri" w:hAnsi="Calibri" w:cs="Calibri"/>
          <w:sz w:val="22"/>
          <w:lang w:val="it-IT"/>
        </w:rPr>
        <w:t xml:space="preserve"> attività subordinata   </w:t>
      </w:r>
    </w:p>
    <w:p w:rsidR="0029423F" w:rsidRDefault="00065BF9" w:rsidP="00F64860">
      <w:pPr>
        <w:rPr>
          <w:rFonts w:ascii="Calibri" w:hAnsi="Calibri" w:cs="Calibri"/>
          <w:sz w:val="22"/>
          <w:lang w:val="it-IT"/>
        </w:rPr>
      </w:pPr>
      <w:r w:rsidRPr="0021624D">
        <w:rPr>
          <w:rFonts w:ascii="Segoe UI Symbol" w:hAnsi="Segoe UI Symbol" w:cs="Segoe UI Symbol"/>
          <w:sz w:val="22"/>
          <w:lang w:val="it-IT"/>
        </w:rPr>
        <w:t>☐</w:t>
      </w:r>
      <w:r w:rsidRPr="0021624D">
        <w:rPr>
          <w:rFonts w:ascii="Calibri" w:hAnsi="Calibri" w:cs="Calibri"/>
          <w:sz w:val="22"/>
          <w:lang w:val="it-IT"/>
        </w:rPr>
        <w:t xml:space="preserve"> attività autonoma   </w:t>
      </w:r>
    </w:p>
    <w:p w:rsidR="0029423F" w:rsidRPr="0021624D" w:rsidRDefault="00065BF9" w:rsidP="001A7393">
      <w:pPr>
        <w:spacing w:before="240"/>
        <w:rPr>
          <w:rFonts w:ascii="Calibri" w:hAnsi="Calibri" w:cs="Calibri"/>
          <w:sz w:val="22"/>
          <w:lang w:val="it-IT"/>
        </w:rPr>
      </w:pPr>
      <w:r w:rsidRPr="001A7393">
        <w:rPr>
          <w:rFonts w:ascii="Calibri" w:hAnsi="Calibri" w:cs="Calibri"/>
          <w:b/>
          <w:sz w:val="22"/>
          <w:u w:val="single"/>
          <w:lang w:val="it-IT"/>
        </w:rPr>
        <w:lastRenderedPageBreak/>
        <w:t>Lezioni private - personale docente</w:t>
      </w:r>
      <w:r w:rsidRPr="001A7393">
        <w:rPr>
          <w:rFonts w:ascii="Calibri" w:hAnsi="Calibri" w:cs="Calibri"/>
          <w:b/>
          <w:sz w:val="22"/>
          <w:u w:val="single"/>
          <w:lang w:val="it-IT"/>
        </w:rPr>
        <w:br/>
      </w:r>
      <w:r w:rsidRPr="0021624D">
        <w:rPr>
          <w:rFonts w:ascii="Calibri" w:hAnsi="Calibri" w:cs="Calibri"/>
          <w:sz w:val="22"/>
          <w:lang w:val="it-IT"/>
        </w:rPr>
        <w:t>Nominativi degli alunni e istituto di provenienza:</w:t>
      </w:r>
      <w:r w:rsidRPr="0021624D">
        <w:rPr>
          <w:rFonts w:ascii="Calibri" w:hAnsi="Calibri" w:cs="Calibri"/>
          <w:sz w:val="22"/>
          <w:lang w:val="it-IT"/>
        </w:rPr>
        <w:br/>
        <w:t>1. ______________________________________   ______________________________</w:t>
      </w:r>
      <w:r w:rsidRPr="0021624D">
        <w:rPr>
          <w:rFonts w:ascii="Calibri" w:hAnsi="Calibri" w:cs="Calibri"/>
          <w:sz w:val="22"/>
          <w:lang w:val="it-IT"/>
        </w:rPr>
        <w:br/>
        <w:t>2. ______________________________________   ______________________________</w:t>
      </w:r>
      <w:r w:rsidRPr="0021624D">
        <w:rPr>
          <w:rFonts w:ascii="Calibri" w:hAnsi="Calibri" w:cs="Calibri"/>
          <w:sz w:val="22"/>
          <w:lang w:val="it-IT"/>
        </w:rPr>
        <w:br/>
        <w:t>3. ______________________________________   ______________________________</w:t>
      </w:r>
    </w:p>
    <w:p w:rsidR="00425CE5" w:rsidRPr="00425CE5" w:rsidRDefault="00065BF9" w:rsidP="00425CE5">
      <w:pPr>
        <w:spacing w:before="240"/>
        <w:rPr>
          <w:rFonts w:ascii="Calibri" w:hAnsi="Calibri" w:cs="Calibri"/>
          <w:i/>
          <w:iCs/>
          <w:sz w:val="22"/>
          <w:lang w:val="it-IT"/>
        </w:rPr>
      </w:pPr>
      <w:r w:rsidRPr="001A7393">
        <w:rPr>
          <w:rFonts w:ascii="Calibri" w:hAnsi="Calibri" w:cs="Calibri"/>
          <w:b/>
          <w:sz w:val="22"/>
          <w:u w:val="single"/>
          <w:lang w:val="it-IT"/>
        </w:rPr>
        <w:t>Variazione di attività/incarico già comunicato o autorizzato</w:t>
      </w:r>
      <w:r w:rsidRPr="001A7393">
        <w:rPr>
          <w:rFonts w:ascii="Calibri" w:hAnsi="Calibri" w:cs="Calibri"/>
          <w:b/>
          <w:sz w:val="22"/>
          <w:u w:val="single"/>
          <w:lang w:val="it-IT"/>
        </w:rPr>
        <w:br/>
      </w:r>
      <w:r w:rsidR="00425CE5" w:rsidRPr="00425CE5">
        <w:rPr>
          <w:rFonts w:ascii="Calibri" w:hAnsi="Calibri" w:cs="Calibri"/>
          <w:i/>
          <w:iCs/>
          <w:sz w:val="22"/>
          <w:lang w:val="it-IT"/>
        </w:rPr>
        <w:t>Da compilare per le fattispecie diverse da quelle indicate nella sezione relativa al personale part-time ≤ 50%.</w:t>
      </w:r>
    </w:p>
    <w:p w:rsidR="0029423F" w:rsidRPr="0021624D" w:rsidRDefault="00065BF9" w:rsidP="001A7393">
      <w:pPr>
        <w:spacing w:before="240"/>
        <w:rPr>
          <w:rFonts w:ascii="Calibri" w:hAnsi="Calibri" w:cs="Calibri"/>
          <w:sz w:val="22"/>
          <w:lang w:val="it-IT"/>
        </w:rPr>
      </w:pPr>
      <w:r w:rsidRPr="0021624D">
        <w:rPr>
          <w:rFonts w:ascii="Calibri" w:hAnsi="Calibri" w:cs="Calibri"/>
          <w:sz w:val="22"/>
          <w:lang w:val="it-IT"/>
        </w:rPr>
        <w:t>Estremi precedente comunicazione/autorizzazione: ______________________________</w:t>
      </w:r>
      <w:r w:rsidRPr="0021624D">
        <w:rPr>
          <w:rFonts w:ascii="Calibri" w:hAnsi="Calibri" w:cs="Calibri"/>
          <w:sz w:val="22"/>
          <w:lang w:val="it-IT"/>
        </w:rPr>
        <w:br/>
        <w:t xml:space="preserve">Variazione: </w:t>
      </w:r>
      <w:r w:rsidRPr="0021624D">
        <w:rPr>
          <w:rFonts w:ascii="Segoe UI Symbol" w:hAnsi="Segoe UI Symbol" w:cs="Segoe UI Symbol"/>
          <w:sz w:val="22"/>
          <w:lang w:val="it-IT"/>
        </w:rPr>
        <w:t>☐</w:t>
      </w:r>
      <w:r w:rsidRPr="0021624D">
        <w:rPr>
          <w:rFonts w:ascii="Calibri" w:hAnsi="Calibri" w:cs="Calibri"/>
          <w:sz w:val="22"/>
          <w:lang w:val="it-IT"/>
        </w:rPr>
        <w:t xml:space="preserve"> oggetto </w:t>
      </w:r>
      <w:r w:rsidRPr="0021624D">
        <w:rPr>
          <w:rFonts w:ascii="Segoe UI Symbol" w:hAnsi="Segoe UI Symbol" w:cs="Segoe UI Symbol"/>
          <w:sz w:val="22"/>
          <w:lang w:val="it-IT"/>
        </w:rPr>
        <w:t>☐</w:t>
      </w:r>
      <w:r w:rsidRPr="0021624D">
        <w:rPr>
          <w:rFonts w:ascii="Calibri" w:hAnsi="Calibri" w:cs="Calibri"/>
          <w:sz w:val="22"/>
          <w:lang w:val="it-IT"/>
        </w:rPr>
        <w:t xml:space="preserve"> durata </w:t>
      </w:r>
      <w:r w:rsidRPr="0021624D">
        <w:rPr>
          <w:rFonts w:ascii="Segoe UI Symbol" w:hAnsi="Segoe UI Symbol" w:cs="Segoe UI Symbol"/>
          <w:sz w:val="22"/>
          <w:lang w:val="it-IT"/>
        </w:rPr>
        <w:t>☐</w:t>
      </w:r>
      <w:r w:rsidRPr="0021624D">
        <w:rPr>
          <w:rFonts w:ascii="Calibri" w:hAnsi="Calibri" w:cs="Calibri"/>
          <w:sz w:val="22"/>
          <w:lang w:val="it-IT"/>
        </w:rPr>
        <w:t xml:space="preserve"> soggetto </w:t>
      </w:r>
      <w:r w:rsidRPr="0021624D">
        <w:rPr>
          <w:rFonts w:ascii="Segoe UI Symbol" w:hAnsi="Segoe UI Symbol" w:cs="Segoe UI Symbol"/>
          <w:sz w:val="22"/>
          <w:lang w:val="it-IT"/>
        </w:rPr>
        <w:t>☐</w:t>
      </w:r>
      <w:r w:rsidRPr="0021624D">
        <w:rPr>
          <w:rFonts w:ascii="Calibri" w:hAnsi="Calibri" w:cs="Calibri"/>
          <w:sz w:val="22"/>
          <w:lang w:val="it-IT"/>
        </w:rPr>
        <w:t xml:space="preserve"> compenso </w:t>
      </w:r>
      <w:r w:rsidRPr="0021624D">
        <w:rPr>
          <w:rFonts w:ascii="Segoe UI Symbol" w:hAnsi="Segoe UI Symbol" w:cs="Segoe UI Symbol"/>
          <w:sz w:val="22"/>
          <w:lang w:val="it-IT"/>
        </w:rPr>
        <w:t>☐</w:t>
      </w:r>
      <w:r w:rsidRPr="0021624D">
        <w:rPr>
          <w:rFonts w:ascii="Calibri" w:hAnsi="Calibri" w:cs="Calibri"/>
          <w:sz w:val="22"/>
          <w:lang w:val="it-IT"/>
        </w:rPr>
        <w:t xml:space="preserve"> orario/modalità </w:t>
      </w:r>
      <w:r w:rsidRPr="0021624D">
        <w:rPr>
          <w:rFonts w:ascii="Segoe UI Symbol" w:hAnsi="Segoe UI Symbol" w:cs="Segoe UI Symbol"/>
          <w:sz w:val="22"/>
          <w:lang w:val="it-IT"/>
        </w:rPr>
        <w:t>☐</w:t>
      </w:r>
      <w:r w:rsidRPr="0021624D">
        <w:rPr>
          <w:rFonts w:ascii="Calibri" w:hAnsi="Calibri" w:cs="Calibri"/>
          <w:sz w:val="22"/>
          <w:lang w:val="it-IT"/>
        </w:rPr>
        <w:t xml:space="preserve"> altro __________</w:t>
      </w:r>
    </w:p>
    <w:p w:rsidR="0029423F" w:rsidRDefault="00065BF9" w:rsidP="001A7393">
      <w:pPr>
        <w:pStyle w:val="Titolo2"/>
        <w:spacing w:before="240"/>
        <w:rPr>
          <w:rFonts w:ascii="Calibri" w:hAnsi="Calibri" w:cs="Calibri"/>
          <w:szCs w:val="22"/>
          <w:lang w:val="it-IT"/>
        </w:rPr>
      </w:pPr>
      <w:r w:rsidRPr="0021624D">
        <w:rPr>
          <w:rFonts w:ascii="Calibri" w:hAnsi="Calibri" w:cs="Calibri"/>
          <w:szCs w:val="22"/>
          <w:lang w:val="it-IT"/>
        </w:rPr>
        <w:t>5. DICHIARAZIONI</w:t>
      </w:r>
    </w:p>
    <w:p w:rsidR="0027559C" w:rsidRPr="0027559C" w:rsidRDefault="0027559C" w:rsidP="0027559C">
      <w:pPr>
        <w:rPr>
          <w:lang w:val="it-IT"/>
        </w:rPr>
      </w:pPr>
      <w:r w:rsidRPr="0027559C">
        <w:rPr>
          <w:lang w:val="it-IT"/>
        </w:rPr>
        <w:t>Il/La sottoscritto/a dichiara:</w:t>
      </w:r>
    </w:p>
    <w:p w:rsidR="0029423F" w:rsidRPr="0021624D" w:rsidRDefault="00065BF9" w:rsidP="003A2B48">
      <w:pPr>
        <w:spacing w:before="240"/>
        <w:jc w:val="both"/>
        <w:rPr>
          <w:rFonts w:ascii="Calibri" w:hAnsi="Calibri" w:cs="Calibri"/>
          <w:sz w:val="22"/>
          <w:lang w:val="it-IT"/>
        </w:rPr>
      </w:pPr>
      <w:r w:rsidRPr="0021624D">
        <w:rPr>
          <w:rFonts w:ascii="Segoe UI Symbol" w:hAnsi="Segoe UI Symbol" w:cs="Segoe UI Symbol"/>
          <w:sz w:val="22"/>
          <w:lang w:val="it-IT"/>
        </w:rPr>
        <w:t>☐</w:t>
      </w:r>
      <w:r w:rsidRPr="0021624D">
        <w:rPr>
          <w:rFonts w:ascii="Calibri" w:hAnsi="Calibri" w:cs="Calibri"/>
          <w:sz w:val="22"/>
          <w:lang w:val="it-IT"/>
        </w:rPr>
        <w:t xml:space="preserve"> che l’attività sarà svolta fuori dall’orario di servizio;</w:t>
      </w:r>
    </w:p>
    <w:p w:rsidR="0029423F" w:rsidRPr="0021624D" w:rsidRDefault="00065BF9" w:rsidP="003A2B48">
      <w:pPr>
        <w:spacing w:before="240"/>
        <w:jc w:val="both"/>
        <w:rPr>
          <w:rFonts w:ascii="Calibri" w:hAnsi="Calibri" w:cs="Calibri"/>
          <w:sz w:val="22"/>
          <w:lang w:val="it-IT"/>
        </w:rPr>
      </w:pPr>
      <w:r w:rsidRPr="0021624D">
        <w:rPr>
          <w:rFonts w:ascii="Segoe UI Symbol" w:hAnsi="Segoe UI Symbol" w:cs="Segoe UI Symbol"/>
          <w:sz w:val="22"/>
          <w:lang w:val="it-IT"/>
        </w:rPr>
        <w:t>☐</w:t>
      </w:r>
      <w:r w:rsidRPr="0021624D">
        <w:rPr>
          <w:rFonts w:ascii="Calibri" w:hAnsi="Calibri" w:cs="Calibri"/>
          <w:sz w:val="22"/>
          <w:lang w:val="it-IT"/>
        </w:rPr>
        <w:t xml:space="preserve"> che, per quanto a propria conoscenza, non sussistono situazioni di conflitto di interessi, anche potenziale, con le funzioni svolte presso l’Istituzione scolastica;</w:t>
      </w:r>
    </w:p>
    <w:p w:rsidR="0029423F" w:rsidRPr="0021624D" w:rsidRDefault="00065BF9" w:rsidP="003A2B48">
      <w:pPr>
        <w:spacing w:before="240"/>
        <w:jc w:val="both"/>
        <w:rPr>
          <w:rFonts w:ascii="Calibri" w:hAnsi="Calibri" w:cs="Calibri"/>
          <w:sz w:val="22"/>
          <w:lang w:val="it-IT"/>
        </w:rPr>
      </w:pPr>
      <w:r w:rsidRPr="0021624D">
        <w:rPr>
          <w:rFonts w:ascii="Segoe UI Symbol" w:hAnsi="Segoe UI Symbol" w:cs="Segoe UI Symbol"/>
          <w:sz w:val="22"/>
          <w:lang w:val="it-IT"/>
        </w:rPr>
        <w:t>☐</w:t>
      </w:r>
      <w:r w:rsidRPr="0021624D">
        <w:rPr>
          <w:rFonts w:ascii="Calibri" w:hAnsi="Calibri" w:cs="Calibri"/>
          <w:sz w:val="22"/>
          <w:lang w:val="it-IT"/>
        </w:rPr>
        <w:t xml:space="preserve"> che le informazioni fornite corrispondono alle effettive modalità di svolgimento dell’attività;</w:t>
      </w:r>
    </w:p>
    <w:p w:rsidR="0029423F" w:rsidRPr="0021624D" w:rsidRDefault="00065BF9" w:rsidP="003A2B48">
      <w:pPr>
        <w:spacing w:before="240"/>
        <w:jc w:val="both"/>
        <w:rPr>
          <w:rFonts w:ascii="Calibri" w:hAnsi="Calibri" w:cs="Calibri"/>
          <w:sz w:val="22"/>
          <w:lang w:val="it-IT"/>
        </w:rPr>
      </w:pPr>
      <w:r w:rsidRPr="0021624D">
        <w:rPr>
          <w:rFonts w:ascii="Segoe UI Symbol" w:hAnsi="Segoe UI Symbol" w:cs="Segoe UI Symbol"/>
          <w:sz w:val="22"/>
          <w:lang w:val="it-IT"/>
        </w:rPr>
        <w:t>☐</w:t>
      </w:r>
      <w:r w:rsidRPr="0021624D">
        <w:rPr>
          <w:rFonts w:ascii="Calibri" w:hAnsi="Calibri" w:cs="Calibri"/>
          <w:sz w:val="22"/>
          <w:lang w:val="it-IT"/>
        </w:rPr>
        <w:t xml:space="preserve"> di impegnarsi a comunicare tempestivamente eventuali variazioni sostanziali dei dati dichiarati.</w:t>
      </w:r>
    </w:p>
    <w:p w:rsidR="0029423F" w:rsidRPr="0021624D" w:rsidRDefault="00065BF9" w:rsidP="001A7393">
      <w:pPr>
        <w:spacing w:before="240"/>
        <w:rPr>
          <w:rFonts w:ascii="Calibri" w:hAnsi="Calibri" w:cs="Calibri"/>
          <w:sz w:val="22"/>
          <w:lang w:val="it-IT"/>
        </w:rPr>
      </w:pPr>
      <w:r w:rsidRPr="0021624D">
        <w:rPr>
          <w:rFonts w:ascii="Calibri" w:hAnsi="Calibri" w:cs="Calibri"/>
          <w:b/>
          <w:sz w:val="22"/>
          <w:lang w:val="it-IT"/>
        </w:rPr>
        <w:t xml:space="preserve">Solo per la libera professione del docente: </w:t>
      </w:r>
      <w:r w:rsidRPr="0021624D">
        <w:rPr>
          <w:rFonts w:ascii="Segoe UI Symbol" w:hAnsi="Segoe UI Symbol" w:cs="Segoe UI Symbol"/>
          <w:sz w:val="22"/>
          <w:lang w:val="it-IT"/>
        </w:rPr>
        <w:t>☐</w:t>
      </w:r>
      <w:r w:rsidRPr="0021624D">
        <w:rPr>
          <w:rFonts w:ascii="Calibri" w:hAnsi="Calibri" w:cs="Calibri"/>
          <w:sz w:val="22"/>
          <w:lang w:val="it-IT"/>
        </w:rPr>
        <w:t xml:space="preserve"> l’attività è compatibile con l’orario di insegnamento e di servizio e non pregiudica l’assolvimento delle attività inerenti alla funzione docente.</w:t>
      </w:r>
    </w:p>
    <w:p w:rsidR="0029423F" w:rsidRPr="0021624D" w:rsidRDefault="00065BF9" w:rsidP="001A7393">
      <w:pPr>
        <w:pStyle w:val="Titolo2"/>
        <w:spacing w:before="240"/>
        <w:rPr>
          <w:rFonts w:ascii="Calibri" w:hAnsi="Calibri" w:cs="Calibri"/>
          <w:szCs w:val="22"/>
          <w:lang w:val="it-IT"/>
        </w:rPr>
      </w:pPr>
      <w:r w:rsidRPr="0021624D">
        <w:rPr>
          <w:rFonts w:ascii="Calibri" w:hAnsi="Calibri" w:cs="Calibri"/>
          <w:szCs w:val="22"/>
          <w:lang w:val="it-IT"/>
        </w:rPr>
        <w:t>6. ALLEGATI</w:t>
      </w:r>
    </w:p>
    <w:p w:rsidR="00FA718F" w:rsidRDefault="00065BF9" w:rsidP="001A7393">
      <w:pPr>
        <w:spacing w:before="240"/>
        <w:rPr>
          <w:rFonts w:ascii="Calibri" w:hAnsi="Calibri" w:cs="Calibri"/>
          <w:sz w:val="22"/>
          <w:lang w:val="it-IT"/>
        </w:rPr>
      </w:pPr>
      <w:r w:rsidRPr="0021624D">
        <w:rPr>
          <w:rFonts w:ascii="Segoe UI Symbol" w:hAnsi="Segoe UI Symbol" w:cs="Segoe UI Symbol"/>
          <w:sz w:val="22"/>
          <w:lang w:val="it-IT"/>
        </w:rPr>
        <w:t>☐</w:t>
      </w:r>
      <w:r w:rsidRPr="0021624D">
        <w:rPr>
          <w:rFonts w:ascii="Calibri" w:hAnsi="Calibri" w:cs="Calibri"/>
          <w:sz w:val="22"/>
          <w:lang w:val="it-IT"/>
        </w:rPr>
        <w:t xml:space="preserve"> contratto / lettera di incarico, ove disponibile   </w:t>
      </w:r>
      <w:r w:rsidRPr="0021624D">
        <w:rPr>
          <w:rFonts w:ascii="Segoe UI Symbol" w:hAnsi="Segoe UI Symbol" w:cs="Segoe UI Symbol"/>
          <w:sz w:val="22"/>
          <w:lang w:val="it-IT"/>
        </w:rPr>
        <w:t>☐</w:t>
      </w:r>
      <w:r w:rsidRPr="0021624D">
        <w:rPr>
          <w:rFonts w:ascii="Calibri" w:hAnsi="Calibri" w:cs="Calibri"/>
          <w:sz w:val="22"/>
          <w:lang w:val="it-IT"/>
        </w:rPr>
        <w:t xml:space="preserve"> altra documentazione utile: __________________________   </w:t>
      </w:r>
    </w:p>
    <w:p w:rsidR="0029423F" w:rsidRPr="0021624D" w:rsidRDefault="00065BF9" w:rsidP="001A7393">
      <w:pPr>
        <w:spacing w:before="240"/>
        <w:rPr>
          <w:rFonts w:ascii="Calibri" w:hAnsi="Calibri" w:cs="Calibri"/>
          <w:sz w:val="22"/>
          <w:lang w:val="it-IT"/>
        </w:rPr>
      </w:pPr>
      <w:r w:rsidRPr="0021624D">
        <w:rPr>
          <w:rFonts w:ascii="Segoe UI Symbol" w:hAnsi="Segoe UI Symbol" w:cs="Segoe UI Symbol"/>
          <w:sz w:val="22"/>
          <w:lang w:val="it-IT"/>
        </w:rPr>
        <w:t>☐</w:t>
      </w:r>
      <w:r w:rsidRPr="0021624D">
        <w:rPr>
          <w:rFonts w:ascii="Calibri" w:hAnsi="Calibri" w:cs="Calibri"/>
          <w:sz w:val="22"/>
          <w:lang w:val="it-IT"/>
        </w:rPr>
        <w:t xml:space="preserve"> nessun allegato</w:t>
      </w:r>
    </w:p>
    <w:p w:rsidR="003E286C" w:rsidRDefault="003E286C" w:rsidP="001A7393">
      <w:pPr>
        <w:spacing w:before="240"/>
        <w:rPr>
          <w:rFonts w:ascii="Calibri" w:hAnsi="Calibri" w:cs="Calibri"/>
          <w:sz w:val="22"/>
          <w:lang w:val="it-IT"/>
        </w:rPr>
      </w:pPr>
    </w:p>
    <w:p w:rsidR="000C5E96" w:rsidRDefault="00065BF9" w:rsidP="001A7393">
      <w:pPr>
        <w:spacing w:before="240"/>
        <w:rPr>
          <w:rFonts w:ascii="Calibri" w:hAnsi="Calibri" w:cs="Calibri"/>
          <w:sz w:val="22"/>
          <w:lang w:val="it-IT"/>
        </w:rPr>
      </w:pPr>
      <w:r w:rsidRPr="0021624D">
        <w:rPr>
          <w:rFonts w:ascii="Calibri" w:hAnsi="Calibri" w:cs="Calibri"/>
          <w:sz w:val="22"/>
          <w:lang w:val="it-IT"/>
        </w:rPr>
        <w:t xml:space="preserve">Luogo e data ____________________________        </w:t>
      </w:r>
    </w:p>
    <w:p w:rsidR="000C5E96" w:rsidRDefault="000C5E96" w:rsidP="001A7393">
      <w:pPr>
        <w:spacing w:before="240"/>
        <w:rPr>
          <w:rFonts w:ascii="Calibri" w:hAnsi="Calibri" w:cs="Calibri"/>
          <w:sz w:val="22"/>
          <w:lang w:val="it-IT"/>
        </w:rPr>
      </w:pPr>
    </w:p>
    <w:p w:rsidR="0029423F" w:rsidRPr="0021624D" w:rsidRDefault="00065BF9" w:rsidP="001A7393">
      <w:pPr>
        <w:spacing w:before="240"/>
        <w:rPr>
          <w:rFonts w:ascii="Calibri" w:hAnsi="Calibri" w:cs="Calibri"/>
          <w:sz w:val="22"/>
          <w:lang w:val="it-IT"/>
        </w:rPr>
      </w:pPr>
      <w:r w:rsidRPr="0021624D">
        <w:rPr>
          <w:rFonts w:ascii="Calibri" w:hAnsi="Calibri" w:cs="Calibri"/>
          <w:sz w:val="22"/>
          <w:lang w:val="it-IT"/>
        </w:rPr>
        <w:t>Firma del dipendente _________________________________</w:t>
      </w:r>
    </w:p>
    <w:p w:rsidR="0027559C" w:rsidRDefault="0027559C" w:rsidP="001A7393">
      <w:pPr>
        <w:spacing w:before="240"/>
        <w:jc w:val="both"/>
        <w:rPr>
          <w:rFonts w:ascii="Calibri" w:hAnsi="Calibri" w:cs="Calibri"/>
          <w:b/>
          <w:sz w:val="22"/>
          <w:lang w:val="it-IT"/>
        </w:rPr>
      </w:pPr>
    </w:p>
    <w:p w:rsidR="0029423F" w:rsidRDefault="00065BF9" w:rsidP="001A7393">
      <w:pPr>
        <w:spacing w:before="240"/>
        <w:jc w:val="both"/>
        <w:rPr>
          <w:rFonts w:ascii="Calibri" w:hAnsi="Calibri" w:cs="Calibri"/>
          <w:sz w:val="22"/>
          <w:lang w:val="it-IT"/>
        </w:rPr>
      </w:pPr>
      <w:r w:rsidRPr="0021624D">
        <w:rPr>
          <w:rFonts w:ascii="Calibri" w:hAnsi="Calibri" w:cs="Calibri"/>
          <w:b/>
          <w:sz w:val="22"/>
          <w:lang w:val="it-IT"/>
        </w:rPr>
        <w:t xml:space="preserve">Avvertenza: </w:t>
      </w:r>
      <w:r w:rsidRPr="0021624D">
        <w:rPr>
          <w:rFonts w:ascii="Calibri" w:hAnsi="Calibri" w:cs="Calibri"/>
          <w:sz w:val="22"/>
          <w:lang w:val="it-IT"/>
        </w:rPr>
        <w:t>quando la normativa richiede autorizzazione preventiva, l’attività non può essere iniziata sulla sola base della presentazione del modulo, fatti salvi i casi nei quali la legge attribuisca espressamente al decorso del termine valore di assenso.</w:t>
      </w:r>
    </w:p>
    <w:p w:rsidR="000C5E96" w:rsidRDefault="000C5E96" w:rsidP="00796938">
      <w:pPr>
        <w:spacing w:before="240"/>
        <w:jc w:val="both"/>
        <w:rPr>
          <w:rFonts w:ascii="Calibri" w:hAnsi="Calibri" w:cs="Calibri"/>
          <w:b/>
          <w:i/>
          <w:iCs/>
          <w:sz w:val="22"/>
          <w:lang w:val="it-IT"/>
        </w:rPr>
      </w:pPr>
    </w:p>
    <w:p w:rsidR="0029423F" w:rsidRPr="00796938" w:rsidRDefault="00065BF9" w:rsidP="00796938">
      <w:pPr>
        <w:spacing w:before="240"/>
        <w:jc w:val="both"/>
        <w:rPr>
          <w:rFonts w:ascii="Calibri" w:hAnsi="Calibri" w:cs="Calibri"/>
          <w:i/>
          <w:iCs/>
          <w:sz w:val="22"/>
          <w:lang w:val="it-IT"/>
        </w:rPr>
      </w:pPr>
      <w:r w:rsidRPr="00796938">
        <w:rPr>
          <w:rFonts w:ascii="Calibri" w:hAnsi="Calibri" w:cs="Calibri"/>
          <w:b/>
          <w:i/>
          <w:iCs/>
          <w:sz w:val="22"/>
          <w:lang w:val="it-IT"/>
        </w:rPr>
        <w:t xml:space="preserve">Trattamento dei dati: </w:t>
      </w:r>
      <w:r w:rsidRPr="00796938">
        <w:rPr>
          <w:rFonts w:ascii="Calibri" w:hAnsi="Calibri" w:cs="Calibri"/>
          <w:i/>
          <w:iCs/>
          <w:sz w:val="22"/>
          <w:lang w:val="it-IT"/>
        </w:rPr>
        <w:t>i dati sono trattati dall’Istituzione scolastica per le finalità connesse alla gestione del procedimento, nel rispetto della normativa vigente in materia di protezione dei dati personali.</w:t>
      </w:r>
    </w:p>
    <w:sectPr w:rsidR="0029423F" w:rsidRPr="00796938" w:rsidSect="00F31527">
      <w:footerReference w:type="default" r:id="rId8"/>
      <w:headerReference w:type="first" r:id="rId9"/>
      <w:footerReference w:type="first" r:id="rId10"/>
      <w:pgSz w:w="12240" w:h="15840"/>
      <w:pgMar w:top="1135" w:right="794" w:bottom="680" w:left="79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066A" w:rsidRDefault="0082066A" w:rsidP="00CF5649">
      <w:pPr>
        <w:spacing w:after="0"/>
      </w:pPr>
      <w:r>
        <w:separator/>
      </w:r>
    </w:p>
  </w:endnote>
  <w:endnote w:type="continuationSeparator" w:id="0">
    <w:p w:rsidR="0082066A" w:rsidRDefault="0082066A" w:rsidP="00CF564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26422323"/>
      <w:docPartObj>
        <w:docPartGallery w:val="Page Numbers (Bottom of Page)"/>
        <w:docPartUnique/>
      </w:docPartObj>
    </w:sdtPr>
    <w:sdtContent>
      <w:p w:rsidR="004C575B" w:rsidRDefault="00F5058F">
        <w:pPr>
          <w:pStyle w:val="Pidipagina"/>
          <w:jc w:val="right"/>
        </w:pPr>
        <w:r>
          <w:fldChar w:fldCharType="begin"/>
        </w:r>
        <w:r w:rsidR="004C575B">
          <w:instrText>PAGE   \* MERGEFORMAT</w:instrText>
        </w:r>
        <w:r>
          <w:fldChar w:fldCharType="separate"/>
        </w:r>
        <w:r w:rsidR="00A12AF4" w:rsidRPr="00A12AF4">
          <w:rPr>
            <w:noProof/>
            <w:lang w:val="it-IT"/>
          </w:rPr>
          <w:t>3</w:t>
        </w:r>
        <w:r>
          <w:fldChar w:fldCharType="end"/>
        </w:r>
      </w:p>
    </w:sdtContent>
  </w:sdt>
  <w:p w:rsidR="004C575B" w:rsidRDefault="004C575B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73119285"/>
      <w:docPartObj>
        <w:docPartGallery w:val="Page Numbers (Bottom of Page)"/>
        <w:docPartUnique/>
      </w:docPartObj>
    </w:sdtPr>
    <w:sdtContent>
      <w:p w:rsidR="00AE01D8" w:rsidRDefault="00F5058F">
        <w:pPr>
          <w:pStyle w:val="Pidipagina"/>
          <w:jc w:val="right"/>
        </w:pPr>
        <w:r>
          <w:fldChar w:fldCharType="begin"/>
        </w:r>
        <w:r w:rsidR="00AE01D8">
          <w:instrText>PAGE   \* MERGEFORMAT</w:instrText>
        </w:r>
        <w:r>
          <w:fldChar w:fldCharType="separate"/>
        </w:r>
        <w:r w:rsidR="00A12AF4" w:rsidRPr="00A12AF4">
          <w:rPr>
            <w:noProof/>
            <w:lang w:val="it-IT"/>
          </w:rPr>
          <w:t>1</w:t>
        </w:r>
        <w:r>
          <w:fldChar w:fldCharType="end"/>
        </w:r>
      </w:p>
    </w:sdtContent>
  </w:sdt>
  <w:p w:rsidR="00AE01D8" w:rsidRDefault="00AE01D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066A" w:rsidRDefault="0082066A" w:rsidP="00CF5649">
      <w:pPr>
        <w:spacing w:after="0"/>
      </w:pPr>
      <w:r>
        <w:separator/>
      </w:r>
    </w:p>
  </w:footnote>
  <w:footnote w:type="continuationSeparator" w:id="0">
    <w:p w:rsidR="0082066A" w:rsidRDefault="0082066A" w:rsidP="00CF564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649" w:rsidRPr="00CF5649" w:rsidRDefault="00CB6586" w:rsidP="00CF5649">
    <w:pPr>
      <w:pStyle w:val="Intestazione"/>
      <w:jc w:val="center"/>
      <w:rPr>
        <w:color w:val="EE0000"/>
        <w:sz w:val="36"/>
        <w:szCs w:val="36"/>
      </w:rPr>
    </w:pPr>
    <w:r w:rsidRPr="00CB6586">
      <w:rPr>
        <w:rFonts w:ascii="Calibri" w:eastAsia="Calibri" w:hAnsi="Calibri" w:cs="Times New Roman"/>
        <w:noProof/>
        <w:kern w:val="2"/>
        <w:sz w:val="22"/>
        <w:lang w:val="it-IT" w:eastAsia="it-IT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margin">
            <wp:posOffset>81280</wp:posOffset>
          </wp:positionH>
          <wp:positionV relativeFrom="paragraph">
            <wp:posOffset>-81915</wp:posOffset>
          </wp:positionV>
          <wp:extent cx="6457950" cy="1504950"/>
          <wp:effectExtent l="0" t="0" r="0" b="0"/>
          <wp:wrapTight wrapText="bothSides">
            <wp:wrapPolygon edited="0">
              <wp:start x="0" y="0"/>
              <wp:lineTo x="0" y="21327"/>
              <wp:lineTo x="21536" y="21327"/>
              <wp:lineTo x="21536" y="0"/>
              <wp:lineTo x="0" y="0"/>
            </wp:wrapPolygon>
          </wp:wrapTight>
          <wp:docPr id="553712144" name="Immagine 1" descr="Immagine che contiene testo, Carattere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magine che contiene testo, Carattere, schermat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7950" cy="150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06187C"/>
    <w:rsid w:val="00065BF9"/>
    <w:rsid w:val="000C5E96"/>
    <w:rsid w:val="000C6EC1"/>
    <w:rsid w:val="0015074B"/>
    <w:rsid w:val="001640FC"/>
    <w:rsid w:val="001A23A1"/>
    <w:rsid w:val="001A7393"/>
    <w:rsid w:val="0021624D"/>
    <w:rsid w:val="00227D77"/>
    <w:rsid w:val="0027559C"/>
    <w:rsid w:val="00284739"/>
    <w:rsid w:val="0029423F"/>
    <w:rsid w:val="0029639D"/>
    <w:rsid w:val="003116E0"/>
    <w:rsid w:val="00326F90"/>
    <w:rsid w:val="00347211"/>
    <w:rsid w:val="003A2B48"/>
    <w:rsid w:val="003E286C"/>
    <w:rsid w:val="003F4256"/>
    <w:rsid w:val="00425CE5"/>
    <w:rsid w:val="00430626"/>
    <w:rsid w:val="004C575B"/>
    <w:rsid w:val="00751A97"/>
    <w:rsid w:val="00796938"/>
    <w:rsid w:val="007A6C7A"/>
    <w:rsid w:val="0082066A"/>
    <w:rsid w:val="008B1454"/>
    <w:rsid w:val="00992991"/>
    <w:rsid w:val="00A12AF4"/>
    <w:rsid w:val="00AA1D8D"/>
    <w:rsid w:val="00AE01D8"/>
    <w:rsid w:val="00B1797D"/>
    <w:rsid w:val="00B23AE8"/>
    <w:rsid w:val="00B47730"/>
    <w:rsid w:val="00BE539F"/>
    <w:rsid w:val="00CB0664"/>
    <w:rsid w:val="00CB6586"/>
    <w:rsid w:val="00CF5649"/>
    <w:rsid w:val="00E11732"/>
    <w:rsid w:val="00F31527"/>
    <w:rsid w:val="00F5058F"/>
    <w:rsid w:val="00F64860"/>
    <w:rsid w:val="00FA718F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  <w:pPr>
      <w:spacing w:after="60" w:line="240" w:lineRule="auto"/>
    </w:pPr>
    <w:rPr>
      <w:rFonts w:ascii="Aptos" w:hAnsi="Aptos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99"/>
    <w:unhideWhenUsed/>
    <w:rsid w:val="00AA1D8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2EF4DE-5572-492A-BF83-60B2807DF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Utente3</cp:lastModifiedBy>
  <cp:revision>2</cp:revision>
  <dcterms:created xsi:type="dcterms:W3CDTF">2026-11-02T09:33:00Z</dcterms:created>
  <dcterms:modified xsi:type="dcterms:W3CDTF">2026-11-02T09:33:00Z</dcterms:modified>
</cp:coreProperties>
</file>